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551EE" w14:textId="77777777" w:rsidR="004849B5" w:rsidRDefault="00000000">
      <w:pPr>
        <w:jc w:val="center"/>
        <w:rPr>
          <w:rFonts w:hint="eastAsia"/>
        </w:rPr>
      </w:pPr>
      <w:r>
        <w:rPr>
          <w:b/>
          <w:sz w:val="48"/>
        </w:rPr>
        <w:t>NDGURU</w:t>
      </w:r>
    </w:p>
    <w:p w14:paraId="6B34DA38" w14:textId="77777777" w:rsidR="004849B5" w:rsidRDefault="00000000">
      <w:pPr>
        <w:jc w:val="center"/>
        <w:rPr>
          <w:rFonts w:hint="eastAsia"/>
        </w:rPr>
      </w:pPr>
      <w:r>
        <w:rPr>
          <w:b/>
          <w:sz w:val="34"/>
        </w:rPr>
        <w:t>BBS 2nd Year – OB &amp; HRM</w:t>
      </w:r>
      <w:r>
        <w:rPr>
          <w:b/>
          <w:sz w:val="34"/>
        </w:rPr>
        <w:br/>
        <w:t>COMPLETE EXAM-READY ANSWER BOOK</w:t>
      </w:r>
    </w:p>
    <w:p w14:paraId="65A4907A" w14:textId="582212BB" w:rsidR="004849B5" w:rsidRDefault="00D57775">
      <w:pPr>
        <w:rPr>
          <w:rFonts w:hint="eastAsia"/>
        </w:rPr>
      </w:pPr>
      <w:r>
        <w:rPr>
          <w:b/>
        </w:rPr>
        <w:t xml:space="preserve"> </w:t>
      </w:r>
    </w:p>
    <w:p w14:paraId="75477527" w14:textId="77777777" w:rsidR="004849B5" w:rsidRDefault="00000000">
      <w:pPr>
        <w:pStyle w:val="Heading1"/>
      </w:pPr>
      <w:r>
        <w:t>Exam Writing Formula</w:t>
      </w:r>
    </w:p>
    <w:p w14:paraId="51665B65" w14:textId="77777777" w:rsidR="004849B5" w:rsidRDefault="00000000">
      <w:pPr>
        <w:pStyle w:val="ListBullet"/>
        <w:rPr>
          <w:rFonts w:hint="eastAsia"/>
        </w:rPr>
      </w:pPr>
      <w:r>
        <w:t>Short answer: Definition/meaning → 2–4 direct points.</w:t>
      </w:r>
    </w:p>
    <w:p w14:paraId="5ECCFFD7" w14:textId="77777777" w:rsidR="004849B5" w:rsidRDefault="00000000">
      <w:pPr>
        <w:pStyle w:val="ListBullet"/>
        <w:rPr>
          <w:rFonts w:hint="eastAsia"/>
        </w:rPr>
      </w:pPr>
      <w:r>
        <w:t>Descriptive answer: Introduction → headings/points → example where useful → conclusion.</w:t>
      </w:r>
    </w:p>
    <w:p w14:paraId="797FC640" w14:textId="77777777" w:rsidR="004849B5" w:rsidRDefault="00000000">
      <w:pPr>
        <w:pStyle w:val="ListBullet"/>
        <w:rPr>
          <w:rFonts w:hint="eastAsia"/>
        </w:rPr>
      </w:pPr>
      <w:r>
        <w:t>Analytical answer: Concept → causes/effects/approaches → analysis → conclusion.</w:t>
      </w:r>
    </w:p>
    <w:p w14:paraId="35E57BB6" w14:textId="77777777" w:rsidR="004849B5" w:rsidRDefault="00000000">
      <w:pPr>
        <w:pStyle w:val="ListBullet"/>
        <w:rPr>
          <w:rFonts w:hint="eastAsia"/>
        </w:rPr>
      </w:pPr>
      <w:r>
        <w:t>Underline keywords, use numbered headings, and avoid one long paragraph.</w:t>
      </w:r>
    </w:p>
    <w:p w14:paraId="3FC7D5B3" w14:textId="77777777" w:rsidR="004849B5" w:rsidRDefault="00000000">
      <w:pPr>
        <w:rPr>
          <w:rFonts w:hint="eastAsia"/>
        </w:rPr>
      </w:pPr>
      <w:r>
        <w:br w:type="page"/>
      </w:r>
    </w:p>
    <w:p w14:paraId="705E1309" w14:textId="77777777" w:rsidR="004849B5" w:rsidRDefault="00000000">
      <w:pPr>
        <w:pStyle w:val="Heading1"/>
      </w:pPr>
      <w:r>
        <w:lastRenderedPageBreak/>
        <w:t>PART 1 – ORGANIZATIONAL BEHAVIOR</w:t>
      </w:r>
    </w:p>
    <w:p w14:paraId="640D2665" w14:textId="77777777" w:rsidR="004849B5" w:rsidRDefault="00000000">
      <w:pPr>
        <w:pStyle w:val="Heading2"/>
      </w:pPr>
      <w:r>
        <w:t>Chapter 1: Introduction to Organizational Behavior</w:t>
      </w:r>
    </w:p>
    <w:p w14:paraId="6786E0B5" w14:textId="77777777" w:rsidR="004849B5" w:rsidRDefault="00000000">
      <w:pPr>
        <w:rPr>
          <w:rFonts w:hint="eastAsia"/>
        </w:rPr>
      </w:pPr>
      <w:r>
        <w:rPr>
          <w:b/>
        </w:rPr>
        <w:t>List out any four assumptions of Organizational Behavior. — 2080</w:t>
      </w:r>
    </w:p>
    <w:p w14:paraId="3C676ECC" w14:textId="77777777" w:rsidR="004849B5" w:rsidRDefault="00000000">
      <w:pPr>
        <w:rPr>
          <w:rFonts w:hint="eastAsia"/>
        </w:rPr>
      </w:pPr>
      <w:r>
        <w:t>EN: Four assumptions are: (1) individual differences—employees differ in ability, personality, values and attitudes; (2) whole person—work behavior is affected by personal as well as job factors; (3) motivated behavior—people respond to needs, goals, rewards and expectations; and (4) human dignity—employees deserve respect and dignity.</w:t>
      </w:r>
    </w:p>
    <w:p w14:paraId="6712694A" w14:textId="77777777" w:rsidR="004849B5" w:rsidRDefault="00000000">
      <w:pPr>
        <w:rPr>
          <w:rFonts w:hint="eastAsia"/>
        </w:rPr>
      </w:pPr>
      <w:r>
        <w:t>NE: चार मान्यता: (१) व्यक्तिगत भिन्नता—हरेक कर्मचारीको क्षमता, व्यक्तित्व, मूल्य र attitude फरक हुन्छ; (२) सम्पूर्ण व्यक्ति—कामसँगै व्यक्तिगत पक्षले व्यवहार प्रभावित गर्छ; (३) प्रेरित व्यवहार—मानिस आवश्यकता, लक्ष्य, reward र expectation बाट प्रेरित हुन्छ; (४) मानवीय मर्यादा—कर्मचारीलाई सम्मान र dignity का साथ व्यवहार गर्नुपर्छ।</w:t>
      </w:r>
    </w:p>
    <w:p w14:paraId="485E2C46" w14:textId="77777777" w:rsidR="004849B5" w:rsidRDefault="00000000">
      <w:pPr>
        <w:rPr>
          <w:rFonts w:hint="eastAsia"/>
        </w:rPr>
      </w:pPr>
      <w:r>
        <w:t>Exam tip: Write the numbered/key points as separate headings and add a short conclusion for long questions.</w:t>
      </w:r>
    </w:p>
    <w:p w14:paraId="5FD564F3" w14:textId="77777777" w:rsidR="004849B5" w:rsidRDefault="00000000">
      <w:pPr>
        <w:rPr>
          <w:rFonts w:hint="eastAsia"/>
        </w:rPr>
      </w:pPr>
      <w:r>
        <w:rPr>
          <w:b/>
        </w:rPr>
        <w:t>What are the major contributing disciplines to the field of Organizational Behavior? Explain. — 2080, 2082</w:t>
      </w:r>
    </w:p>
    <w:p w14:paraId="188EB138" w14:textId="77777777" w:rsidR="004849B5" w:rsidRDefault="00000000">
      <w:pPr>
        <w:rPr>
          <w:rFonts w:hint="eastAsia"/>
        </w:rPr>
      </w:pPr>
      <w:r>
        <w:t>EN: OB is interdisciplinary. Psychology studies individual behavior, personality, perception, learning and motivation; social psychology studies interaction, communication and group processes; sociology studies groups, structure and culture; anthropology contributes culture and cross-cultural behavior; political science explains power, politics, conflict and negotiation; economics helps explain incentives and productivity. Conclusion: OB combines these disciplines to understand and manage workplace behavior.</w:t>
      </w:r>
    </w:p>
    <w:p w14:paraId="35317D3F" w14:textId="77777777" w:rsidR="004849B5" w:rsidRDefault="00000000">
      <w:pPr>
        <w:rPr>
          <w:rFonts w:hint="eastAsia"/>
        </w:rPr>
      </w:pPr>
      <w:r>
        <w:t>NE: OB बहुविषयगत विषय हो। Psychology ले individual behavior, personality, perception र motivation; social psychology ले interaction र group process; sociology ले group, structure र culture; anthropology ले culture; political science ले power, politics र conflict; economics ले incentive र productivity बुझाउन सहयोग गर्छ।</w:t>
      </w:r>
    </w:p>
    <w:p w14:paraId="469EB3CD" w14:textId="77777777" w:rsidR="004849B5" w:rsidRDefault="00000000">
      <w:pPr>
        <w:rPr>
          <w:rFonts w:hint="eastAsia"/>
        </w:rPr>
      </w:pPr>
      <w:r>
        <w:t>Exam tip: Write the numbered/key points as separate headings and add a short conclusion for long questions.</w:t>
      </w:r>
    </w:p>
    <w:p w14:paraId="5164981D" w14:textId="77777777" w:rsidR="004849B5" w:rsidRDefault="00000000">
      <w:pPr>
        <w:rPr>
          <w:rFonts w:hint="eastAsia"/>
        </w:rPr>
      </w:pPr>
      <w:r>
        <w:rPr>
          <w:b/>
        </w:rPr>
        <w:t>OB is not an identical subject but is constituted with the help of many other subjects. Discuss. — 2081</w:t>
      </w:r>
    </w:p>
    <w:p w14:paraId="1B2C65CE" w14:textId="77777777" w:rsidR="004849B5" w:rsidRDefault="00000000">
      <w:pPr>
        <w:rPr>
          <w:rFonts w:hint="eastAsia"/>
        </w:rPr>
      </w:pPr>
      <w:r>
        <w:t>EN: OB is not an isolated subject because organizational behavior is complex. It integrates psychology, social psychology, sociology, anthropology, political science and economics. Each explains a different level of behavior; together they help managers understand, predict and influence behavior.</w:t>
      </w:r>
    </w:p>
    <w:p w14:paraId="114A5E70" w14:textId="77777777" w:rsidR="004849B5" w:rsidRDefault="00000000">
      <w:pPr>
        <w:rPr>
          <w:rFonts w:hint="eastAsia"/>
        </w:rPr>
      </w:pPr>
      <w:r>
        <w:t>NE: OB अलग्गै सीमित विषय होइन। मानिसको organizational behavior बुझ्न psychology, social psychology, sociology, anthropology, political science र economics को संयुक्त ज्ञान आवश्यक हुन्छ। त्यसैले OB interdisciplinary subject हो।</w:t>
      </w:r>
    </w:p>
    <w:p w14:paraId="6D15B6EA" w14:textId="77777777" w:rsidR="004849B5" w:rsidRDefault="00000000">
      <w:pPr>
        <w:rPr>
          <w:rFonts w:hint="eastAsia"/>
        </w:rPr>
      </w:pPr>
      <w:r>
        <w:t>Exam tip: Write the numbered/key points as separate headings and add a short conclusion for long questions.</w:t>
      </w:r>
    </w:p>
    <w:p w14:paraId="7517331A" w14:textId="77777777" w:rsidR="004849B5" w:rsidRDefault="00000000">
      <w:pPr>
        <w:rPr>
          <w:rFonts w:hint="eastAsia"/>
        </w:rPr>
      </w:pPr>
      <w:r>
        <w:rPr>
          <w:b/>
        </w:rPr>
        <w:t>Why do managers need to study OB? Discuss the major challenges faced by managers in OB. — 2078/2079 paper set</w:t>
      </w:r>
    </w:p>
    <w:p w14:paraId="161075A4" w14:textId="77777777" w:rsidR="004849B5" w:rsidRDefault="00000000">
      <w:pPr>
        <w:rPr>
          <w:rFonts w:hint="eastAsia"/>
        </w:rPr>
      </w:pPr>
      <w:r>
        <w:t>EN: Managers study OB to understand people, improve motivation and communication, build effective teams, resolve conflict, manage change and improve performance. Major challenges are workforce diversity, globalization, technology, stress and work-life issues, ethical behavior, talent retention, changing employee expectations and organizational change.</w:t>
      </w:r>
    </w:p>
    <w:p w14:paraId="107DDE89" w14:textId="77777777" w:rsidR="004849B5" w:rsidRDefault="00000000">
      <w:pPr>
        <w:rPr>
          <w:rFonts w:hint="eastAsia"/>
        </w:rPr>
      </w:pPr>
      <w:r>
        <w:lastRenderedPageBreak/>
        <w:t>NE: Manager ले OB पढ्नुको उद्देश्य employee behavior बुझ्नु, motivation/communication सुधार्नु, team बनाउनु, conflict समाधान गर्नु, change manage गर्नु र performance बढाउनु हो। चुनौतीमा diversity, globalization, technology, stress, ethics, talent retention, बदलिँदो expectation र change management पर्छन्।</w:t>
      </w:r>
    </w:p>
    <w:p w14:paraId="47CEEBF6" w14:textId="77777777" w:rsidR="004849B5" w:rsidRDefault="00000000">
      <w:pPr>
        <w:rPr>
          <w:rFonts w:hint="eastAsia"/>
        </w:rPr>
      </w:pPr>
      <w:r>
        <w:t>Exam tip: Write the numbered/key points as separate headings and add a short conclusion for long questions.</w:t>
      </w:r>
    </w:p>
    <w:p w14:paraId="683F0D10" w14:textId="77777777" w:rsidR="004849B5" w:rsidRDefault="00000000">
      <w:pPr>
        <w:rPr>
          <w:rFonts w:hint="eastAsia"/>
        </w:rPr>
      </w:pPr>
      <w:r>
        <w:rPr>
          <w:b/>
        </w:rPr>
        <w:t>Define Organizational Behavior. — 2082</w:t>
      </w:r>
    </w:p>
    <w:p w14:paraId="55E510B4" w14:textId="77777777" w:rsidR="004849B5" w:rsidRDefault="00000000">
      <w:pPr>
        <w:rPr>
          <w:rFonts w:hint="eastAsia"/>
        </w:rPr>
      </w:pPr>
      <w:r>
        <w:t>EN: Organizational Behavior is the systematic study of how individuals, groups and organizational factors influence behavior in organizations, with the aim of understanding, predicting and improving behavior.</w:t>
      </w:r>
    </w:p>
    <w:p w14:paraId="4FBEA6D3" w14:textId="77777777" w:rsidR="004849B5" w:rsidRDefault="00000000">
      <w:pPr>
        <w:rPr>
          <w:rFonts w:hint="eastAsia"/>
        </w:rPr>
      </w:pPr>
      <w:r>
        <w:t>NE: Organizational Behavior भनेको संगठनभित्र व्यक्ति, समूह र organizational factors ले व्यवहारमा पार्ने प्रभावको systematic study हो।</w:t>
      </w:r>
    </w:p>
    <w:p w14:paraId="6012D9E5" w14:textId="77777777" w:rsidR="004849B5" w:rsidRDefault="00000000">
      <w:pPr>
        <w:rPr>
          <w:rFonts w:hint="eastAsia"/>
        </w:rPr>
      </w:pPr>
      <w:r>
        <w:t>Exam tip: Write the numbered/key points as separate headings and add a short conclusion for long questions.</w:t>
      </w:r>
    </w:p>
    <w:p w14:paraId="4E3E1FF3" w14:textId="77777777" w:rsidR="004849B5" w:rsidRDefault="00000000">
      <w:pPr>
        <w:rPr>
          <w:rFonts w:hint="eastAsia"/>
        </w:rPr>
      </w:pPr>
      <w:r>
        <w:rPr>
          <w:b/>
        </w:rPr>
        <w:t>Explain the different levels of OB analysis. — 2079</w:t>
      </w:r>
    </w:p>
    <w:p w14:paraId="405C8D7C" w14:textId="77777777" w:rsidR="004849B5" w:rsidRDefault="00000000">
      <w:pPr>
        <w:rPr>
          <w:rFonts w:hint="eastAsia"/>
        </w:rPr>
      </w:pPr>
      <w:r>
        <w:t>EN: Three levels are: (1) Individual—personality, perception, learning, attitudes, motivation and satisfaction; (2) Group—communication, leadership, power, conflict, group dynamics and teams; (3) Organizational—structure, culture, technology and change.</w:t>
      </w:r>
    </w:p>
    <w:p w14:paraId="39ACB094" w14:textId="77777777" w:rsidR="004849B5" w:rsidRDefault="00000000">
      <w:pPr>
        <w:rPr>
          <w:rFonts w:hint="eastAsia"/>
        </w:rPr>
      </w:pPr>
      <w:r>
        <w:t>NE: तीन तह: Individual level—personality, perception, learning, attitude, motivation; Group level—communication, leadership, power, conflict, teamwork; Organizational level—structure, culture, technology र change।</w:t>
      </w:r>
    </w:p>
    <w:p w14:paraId="30FEF223" w14:textId="77777777" w:rsidR="004849B5" w:rsidRDefault="00000000">
      <w:pPr>
        <w:rPr>
          <w:rFonts w:hint="eastAsia"/>
        </w:rPr>
      </w:pPr>
      <w:r>
        <w:t>Exam tip: Write the numbered/key points as separate headings and add a short conclusion for long questions.</w:t>
      </w:r>
    </w:p>
    <w:p w14:paraId="3F9BF06C" w14:textId="77777777" w:rsidR="004849B5" w:rsidRDefault="00000000">
      <w:pPr>
        <w:rPr>
          <w:rFonts w:hint="eastAsia"/>
        </w:rPr>
      </w:pPr>
      <w:r>
        <w:rPr>
          <w:b/>
        </w:rPr>
        <w:t>Explain the concept and nature of Organizational Behavior.</w:t>
      </w:r>
    </w:p>
    <w:p w14:paraId="5C63328E" w14:textId="77777777" w:rsidR="004849B5" w:rsidRDefault="00000000">
      <w:pPr>
        <w:rPr>
          <w:rFonts w:hint="eastAsia"/>
        </w:rPr>
      </w:pPr>
      <w:r>
        <w:t>EN: OB is systematic study of behavior at work. Nature: interdisciplinary, systematic/scientific, human-centered, goal-oriented, situational, dynamic and applicable at individual, group and organizational levels.</w:t>
      </w:r>
    </w:p>
    <w:p w14:paraId="64974AD3" w14:textId="77777777" w:rsidR="004849B5" w:rsidRDefault="00000000">
      <w:pPr>
        <w:rPr>
          <w:rFonts w:hint="eastAsia"/>
        </w:rPr>
      </w:pPr>
      <w:r>
        <w:t>NE: OB काम गर्ने स्थानमा मानव व्यवहारको systematic study हो। यसको प्रकृति interdisciplinary, scientific, human-centered, goal-oriented, situational र dynamic हुन्छ।</w:t>
      </w:r>
    </w:p>
    <w:p w14:paraId="1B1E674F" w14:textId="77777777" w:rsidR="004849B5" w:rsidRDefault="00000000">
      <w:pPr>
        <w:rPr>
          <w:rFonts w:hint="eastAsia"/>
        </w:rPr>
      </w:pPr>
      <w:r>
        <w:t>Exam tip: Write the numbered/key points as separate headings and add a short conclusion for long questions.</w:t>
      </w:r>
    </w:p>
    <w:p w14:paraId="786DEF54" w14:textId="77777777" w:rsidR="004849B5" w:rsidRDefault="00000000">
      <w:pPr>
        <w:rPr>
          <w:rFonts w:hint="eastAsia"/>
        </w:rPr>
      </w:pPr>
      <w:r>
        <w:rPr>
          <w:b/>
        </w:rPr>
        <w:t>Explain the Organizational Behavior system.</w:t>
      </w:r>
    </w:p>
    <w:p w14:paraId="2C835B1C" w14:textId="77777777" w:rsidR="004849B5" w:rsidRDefault="00000000">
      <w:pPr>
        <w:rPr>
          <w:rFonts w:hint="eastAsia"/>
        </w:rPr>
      </w:pPr>
      <w:r>
        <w:t>EN: OB can be viewed as Inputs → Processes → Outcomes. Inputs include individual, group and organizational characteristics; processes include perception, learning, motivation, communication and leadership; outcomes include performance, satisfaction, commitment, absenteeism, turnover and effectiveness.</w:t>
      </w:r>
    </w:p>
    <w:p w14:paraId="464B02BC" w14:textId="77777777" w:rsidR="004849B5" w:rsidRDefault="00000000">
      <w:pPr>
        <w:rPr>
          <w:rFonts w:hint="eastAsia"/>
        </w:rPr>
      </w:pPr>
      <w:r>
        <w:t>NE: OB system लाई Input → Process → Outcome का रूपमा बुझिन्छ। Input मा individual/group/organizational factors; process मा perception, learning, motivation, communication, leadership; outcome मा performance, satisfaction, commitment, absenteeism, turnover र effectiveness पर्छ।</w:t>
      </w:r>
    </w:p>
    <w:p w14:paraId="46B4BDAA" w14:textId="77777777" w:rsidR="004849B5" w:rsidRDefault="00000000">
      <w:pPr>
        <w:rPr>
          <w:rFonts w:hint="eastAsia"/>
        </w:rPr>
      </w:pPr>
      <w:r>
        <w:lastRenderedPageBreak/>
        <w:t>Exam tip: Write the numbered/key points as separate headings and add a short conclusion for long questions.</w:t>
      </w:r>
    </w:p>
    <w:p w14:paraId="1EDCF4A8" w14:textId="77777777" w:rsidR="004849B5" w:rsidRDefault="00000000">
      <w:pPr>
        <w:rPr>
          <w:rFonts w:hint="eastAsia"/>
        </w:rPr>
      </w:pPr>
      <w:r>
        <w:rPr>
          <w:b/>
        </w:rPr>
        <w:t>Explain individual behavior as an input-output system.</w:t>
      </w:r>
    </w:p>
    <w:p w14:paraId="1DA298F7" w14:textId="77777777" w:rsidR="004849B5" w:rsidRDefault="00000000">
      <w:pPr>
        <w:rPr>
          <w:rFonts w:hint="eastAsia"/>
        </w:rPr>
      </w:pPr>
      <w:r>
        <w:t>EN: Inputs are personality, ability, values, attitudes, perception, needs and background. Internal processes include learning, motivation and decision-making. Outputs include performance, satisfaction, attendance, citizenship behavior and turnover intention.</w:t>
      </w:r>
    </w:p>
    <w:p w14:paraId="01D2FD99" w14:textId="77777777" w:rsidR="004849B5" w:rsidRDefault="00000000">
      <w:pPr>
        <w:rPr>
          <w:rFonts w:hint="eastAsia"/>
        </w:rPr>
      </w:pPr>
      <w:r>
        <w:t>NE: Input मा personality, ability, values, attitude, perception, needs र background; process मा learning, motivation र decision-making; output मा performance, satisfaction, attendance, citizenship behavior र turnover intention पर्छ।</w:t>
      </w:r>
    </w:p>
    <w:p w14:paraId="16577D19" w14:textId="77777777" w:rsidR="004849B5" w:rsidRDefault="00000000">
      <w:pPr>
        <w:rPr>
          <w:rFonts w:hint="eastAsia"/>
        </w:rPr>
      </w:pPr>
      <w:r>
        <w:t>Exam tip: Write the numbered/key points as separate headings and add a short conclusion for long questions.</w:t>
      </w:r>
    </w:p>
    <w:p w14:paraId="3566E97F" w14:textId="77777777" w:rsidR="004849B5" w:rsidRDefault="00000000">
      <w:pPr>
        <w:rPr>
          <w:rFonts w:hint="eastAsia"/>
        </w:rPr>
      </w:pPr>
      <w:r>
        <w:rPr>
          <w:b/>
        </w:rPr>
        <w:t>Explain the new challenges faced by managers in Organizational Behavior.</w:t>
      </w:r>
    </w:p>
    <w:p w14:paraId="48188D92" w14:textId="77777777" w:rsidR="004849B5" w:rsidRDefault="00000000">
      <w:pPr>
        <w:rPr>
          <w:rFonts w:hint="eastAsia"/>
        </w:rPr>
      </w:pPr>
      <w:r>
        <w:t>EN: Major challenges are diversity, globalization, digital/technological change, remote or hybrid work, stress, ethics, work-life balance, talent retention, changing employee expectations and continuous organizational change. Managers need adaptability, communication, emotional intelligence and ethical judgment.</w:t>
      </w:r>
    </w:p>
    <w:p w14:paraId="70FBEB1C" w14:textId="77777777" w:rsidR="004849B5" w:rsidRDefault="00000000">
      <w:pPr>
        <w:rPr>
          <w:rFonts w:hint="eastAsia"/>
        </w:rPr>
      </w:pPr>
      <w:r>
        <w:t>NE: चुनौतीमा diversity, globalization, technology, remote/hybrid work, stress, ethics, work-life balance, talent retention, बदलिँदो expectation र continuous change पर्छन्।</w:t>
      </w:r>
    </w:p>
    <w:p w14:paraId="0B777F8B" w14:textId="77777777" w:rsidR="004849B5" w:rsidRDefault="00000000">
      <w:pPr>
        <w:rPr>
          <w:rFonts w:hint="eastAsia"/>
        </w:rPr>
      </w:pPr>
      <w:r>
        <w:t>Exam tip: Write the numbered/key points as separate headings and add a short conclusion for long questions.</w:t>
      </w:r>
    </w:p>
    <w:p w14:paraId="0264C068" w14:textId="77777777" w:rsidR="004849B5" w:rsidRDefault="00000000">
      <w:pPr>
        <w:pStyle w:val="Heading2"/>
      </w:pPr>
      <w:r>
        <w:t>Chapter 2: Perception and Learning</w:t>
      </w:r>
    </w:p>
    <w:p w14:paraId="6E35FF24" w14:textId="77777777" w:rsidR="004849B5" w:rsidRDefault="00000000">
      <w:pPr>
        <w:rPr>
          <w:rFonts w:hint="eastAsia"/>
        </w:rPr>
      </w:pPr>
      <w:r>
        <w:rPr>
          <w:b/>
        </w:rPr>
        <w:t>What is cognitive learning? — 2078, 2080</w:t>
      </w:r>
    </w:p>
    <w:p w14:paraId="2889EC1D" w14:textId="77777777" w:rsidR="004849B5" w:rsidRDefault="00000000">
      <w:pPr>
        <w:rPr>
          <w:rFonts w:hint="eastAsia"/>
        </w:rPr>
      </w:pPr>
      <w:r>
        <w:t>EN: Cognitive learning occurs through thinking, understanding, reasoning, observation and mental processing. It involves insight and problem solving rather than only stimulus-response conditioning.</w:t>
      </w:r>
    </w:p>
    <w:p w14:paraId="4E33CB75" w14:textId="77777777" w:rsidR="004849B5" w:rsidRDefault="00000000">
      <w:pPr>
        <w:rPr>
          <w:rFonts w:hint="eastAsia"/>
        </w:rPr>
      </w:pPr>
      <w:r>
        <w:t>NE: Cognitive learning भनेको सोच, बुझाइ, तर्क, observation र mental processing बाट हुने सिकाइ हो।</w:t>
      </w:r>
    </w:p>
    <w:p w14:paraId="341126D0" w14:textId="77777777" w:rsidR="004849B5" w:rsidRDefault="00000000">
      <w:pPr>
        <w:rPr>
          <w:rFonts w:hint="eastAsia"/>
        </w:rPr>
      </w:pPr>
      <w:r>
        <w:t>Exam tip: Write the numbered/key points as separate headings and add a short conclusion for long questions.</w:t>
      </w:r>
    </w:p>
    <w:p w14:paraId="110AD534" w14:textId="77777777" w:rsidR="004849B5" w:rsidRDefault="00000000">
      <w:pPr>
        <w:rPr>
          <w:rFonts w:hint="eastAsia"/>
        </w:rPr>
      </w:pPr>
      <w:r>
        <w:rPr>
          <w:b/>
        </w:rPr>
        <w:t>Distinguish between cognitive learning and social learning with an example. — 2079</w:t>
      </w:r>
    </w:p>
    <w:p w14:paraId="67A1E4FC" w14:textId="77777777" w:rsidR="004849B5" w:rsidRDefault="00000000">
      <w:pPr>
        <w:rPr>
          <w:rFonts w:hint="eastAsia"/>
        </w:rPr>
      </w:pPr>
      <w:r>
        <w:t>EN: Cognitive learning emphasizes thinking, reasoning and understanding. Social learning emphasizes observing and imitating others and learning from consequences. Example: understanding a new accounting rule by analyzing it is cognitive; learning customer service by watching a senior is social learning.</w:t>
      </w:r>
    </w:p>
    <w:p w14:paraId="48DA811F" w14:textId="77777777" w:rsidR="004849B5" w:rsidRDefault="00000000">
      <w:pPr>
        <w:rPr>
          <w:rFonts w:hint="eastAsia"/>
        </w:rPr>
      </w:pPr>
      <w:r>
        <w:t>NE: Cognitive learning मा सोच/तर्क/बुझाइ मुख्य हुन्छ; social learning मा अरूलाई हेरेर, अनुकरण गरेर र परिणामबाट सिकिन्छ।</w:t>
      </w:r>
    </w:p>
    <w:p w14:paraId="0198597B" w14:textId="77777777" w:rsidR="004849B5" w:rsidRDefault="00000000">
      <w:pPr>
        <w:rPr>
          <w:rFonts w:hint="eastAsia"/>
        </w:rPr>
      </w:pPr>
      <w:r>
        <w:t>Exam tip: Write the numbered/key points as separate headings and add a short conclusion for long questions.</w:t>
      </w:r>
    </w:p>
    <w:p w14:paraId="4CAD87A5" w14:textId="77777777" w:rsidR="004849B5" w:rsidRDefault="00000000">
      <w:pPr>
        <w:rPr>
          <w:rFonts w:hint="eastAsia"/>
        </w:rPr>
      </w:pPr>
      <w:r>
        <w:rPr>
          <w:b/>
        </w:rPr>
        <w:t>How does social learning theory help to understand the learning process of human behavior? — 2080</w:t>
      </w:r>
    </w:p>
    <w:p w14:paraId="3839951E" w14:textId="77777777" w:rsidR="004849B5" w:rsidRDefault="00000000">
      <w:pPr>
        <w:rPr>
          <w:rFonts w:hint="eastAsia"/>
        </w:rPr>
      </w:pPr>
      <w:r>
        <w:lastRenderedPageBreak/>
        <w:t>EN: People learn by observing models, remembering behavior, reproducing it and receiving reinforcement. In organizations, employees observe supervisors and peers; behavior followed by positive consequences is more likely to be imitated.</w:t>
      </w:r>
    </w:p>
    <w:p w14:paraId="141A6C7A" w14:textId="77777777" w:rsidR="004849B5" w:rsidRDefault="00000000">
      <w:pPr>
        <w:rPr>
          <w:rFonts w:hint="eastAsia"/>
        </w:rPr>
      </w:pPr>
      <w:r>
        <w:t>NE: मानिसले model को behavior observe, remember, reproduce र reinforcement मार्फत सिक्छ। संगठनमा senior/supervisor को व्यवहार कर्मचारीले model का रूपमा सिक्न सक्छन्।</w:t>
      </w:r>
    </w:p>
    <w:p w14:paraId="54C05039" w14:textId="77777777" w:rsidR="004849B5" w:rsidRDefault="00000000">
      <w:pPr>
        <w:rPr>
          <w:rFonts w:hint="eastAsia"/>
        </w:rPr>
      </w:pPr>
      <w:r>
        <w:t>Exam tip: Write the numbered/key points as separate headings and add a short conclusion for long questions.</w:t>
      </w:r>
    </w:p>
    <w:p w14:paraId="70D2749E" w14:textId="77777777" w:rsidR="004849B5" w:rsidRDefault="00000000">
      <w:pPr>
        <w:rPr>
          <w:rFonts w:hint="eastAsia"/>
        </w:rPr>
      </w:pPr>
      <w:r>
        <w:rPr>
          <w:b/>
        </w:rPr>
        <w:t>What is perception? Describe the perceptual process. — 2081</w:t>
      </w:r>
    </w:p>
    <w:p w14:paraId="54D0D067" w14:textId="77777777" w:rsidR="004849B5" w:rsidRDefault="00000000">
      <w:pPr>
        <w:rPr>
          <w:rFonts w:hint="eastAsia"/>
        </w:rPr>
      </w:pPr>
      <w:r>
        <w:t>EN: Perception is the process of selecting, organizing and interpreting information to give meaning to the environment. Process: stimulus → selective attention → organization → interpretation → response.</w:t>
      </w:r>
    </w:p>
    <w:p w14:paraId="69D7D4C2" w14:textId="77777777" w:rsidR="004849B5" w:rsidRDefault="00000000">
      <w:pPr>
        <w:rPr>
          <w:rFonts w:hint="eastAsia"/>
        </w:rPr>
      </w:pPr>
      <w:r>
        <w:t>NE: Perception वातावरणबाट सूचना छनोट, organize र interpret गरी अर्थ दिने प्रक्रिया हो। चरण: stimulus → selective attention → organization → interpretation → response।</w:t>
      </w:r>
    </w:p>
    <w:p w14:paraId="180A1269" w14:textId="77777777" w:rsidR="004849B5" w:rsidRDefault="00000000">
      <w:pPr>
        <w:rPr>
          <w:rFonts w:hint="eastAsia"/>
        </w:rPr>
      </w:pPr>
      <w:r>
        <w:t>Exam tip: Write the numbered/key points as separate headings and add a short conclusion for long questions.</w:t>
      </w:r>
    </w:p>
    <w:p w14:paraId="55710A41" w14:textId="77777777" w:rsidR="004849B5" w:rsidRDefault="00000000">
      <w:pPr>
        <w:rPr>
          <w:rFonts w:hint="eastAsia"/>
        </w:rPr>
      </w:pPr>
      <w:r>
        <w:rPr>
          <w:b/>
        </w:rPr>
        <w:t>Explain the factors affecting perception. — 2082</w:t>
      </w:r>
    </w:p>
    <w:p w14:paraId="6CA33DB9" w14:textId="77777777" w:rsidR="004849B5" w:rsidRDefault="00000000">
      <w:pPr>
        <w:rPr>
          <w:rFonts w:hint="eastAsia"/>
        </w:rPr>
      </w:pPr>
      <w:r>
        <w:t>EN: Perceiver factors: attitudes, motives, interests, experience, expectations and personality. Target factors: novelty, size, movement, sound and background. Situation factors: time, work setting, social context and organizational environment.</w:t>
      </w:r>
    </w:p>
    <w:p w14:paraId="4D83C171" w14:textId="77777777" w:rsidR="004849B5" w:rsidRDefault="00000000">
      <w:pPr>
        <w:rPr>
          <w:rFonts w:hint="eastAsia"/>
        </w:rPr>
      </w:pPr>
      <w:r>
        <w:t>NE: Perceiver factors मा attitude, motive, interest, experience, expectation, personality; target factors मा novelty, size, movement, sound, background; situation factors मा time, work setting र social context पर्छ।</w:t>
      </w:r>
    </w:p>
    <w:p w14:paraId="52A0E0CB" w14:textId="77777777" w:rsidR="004849B5" w:rsidRDefault="00000000">
      <w:pPr>
        <w:rPr>
          <w:rFonts w:hint="eastAsia"/>
        </w:rPr>
      </w:pPr>
      <w:r>
        <w:t>Exam tip: Write the numbered/key points as separate headings and add a short conclusion for long questions.</w:t>
      </w:r>
    </w:p>
    <w:p w14:paraId="00DCB64C" w14:textId="77777777" w:rsidR="004849B5" w:rsidRDefault="00000000">
      <w:pPr>
        <w:rPr>
          <w:rFonts w:hint="eastAsia"/>
        </w:rPr>
      </w:pPr>
      <w:r>
        <w:rPr>
          <w:b/>
        </w:rPr>
        <w:t>Point out any two factors affecting perception. — 2079</w:t>
      </w:r>
    </w:p>
    <w:p w14:paraId="2E4A4053" w14:textId="77777777" w:rsidR="004849B5" w:rsidRDefault="00000000">
      <w:pPr>
        <w:rPr>
          <w:rFonts w:hint="eastAsia"/>
        </w:rPr>
      </w:pPr>
      <w:r>
        <w:t>EN: (1) Past experience—previous experience shapes interpretation. (2) Motivation—current needs influence what a person notices and how it is interpreted.</w:t>
      </w:r>
    </w:p>
    <w:p w14:paraId="71928B43" w14:textId="77777777" w:rsidR="004849B5" w:rsidRDefault="00000000">
      <w:pPr>
        <w:rPr>
          <w:rFonts w:hint="eastAsia"/>
        </w:rPr>
      </w:pPr>
      <w:r>
        <w:t>NE: (१) Past experience ले नयाँ सूचना बुझाइ प्रभावित गर्छ। (२) Motivation ले के notice गर्ने र कसरी बुझ्ने भन्नेमा प्रभाव पार्छ।</w:t>
      </w:r>
    </w:p>
    <w:p w14:paraId="1DF59040" w14:textId="77777777" w:rsidR="004849B5" w:rsidRDefault="00000000">
      <w:pPr>
        <w:rPr>
          <w:rFonts w:hint="eastAsia"/>
        </w:rPr>
      </w:pPr>
      <w:r>
        <w:t>Exam tip: Write the numbered/key points as separate headings and add a short conclusion for long questions.</w:t>
      </w:r>
    </w:p>
    <w:p w14:paraId="70ABAFB4" w14:textId="77777777" w:rsidR="004849B5" w:rsidRDefault="00000000">
      <w:pPr>
        <w:rPr>
          <w:rFonts w:hint="eastAsia"/>
        </w:rPr>
      </w:pPr>
      <w:r>
        <w:rPr>
          <w:b/>
        </w:rPr>
        <w:t>What are attribution errors in OB? — 2082</w:t>
      </w:r>
    </w:p>
    <w:p w14:paraId="05807F09" w14:textId="77777777" w:rsidR="004849B5" w:rsidRDefault="00000000">
      <w:pPr>
        <w:rPr>
          <w:rFonts w:hint="eastAsia"/>
        </w:rPr>
      </w:pPr>
      <w:r>
        <w:t>EN: Attribution errors are biased or incorrect explanations of behavior. Fundamental attribution error overemphasizes personal causes of others' behavior; self-serving bias attributes success internally and failure externally.</w:t>
      </w:r>
    </w:p>
    <w:p w14:paraId="2D962C73" w14:textId="77777777" w:rsidR="004849B5" w:rsidRDefault="00000000">
      <w:pPr>
        <w:rPr>
          <w:rFonts w:hint="eastAsia"/>
        </w:rPr>
      </w:pPr>
      <w:r>
        <w:t>NE: Attribution error व्यवहारको कारण गलत/पक्षपाती रूपमा व्याख्या गर्नु हो। Fundamental attribution error ले अरूको behavior मा personal cause बढी देख्छ; self-serving bias ले success आफ्नै कारण र failure बाह्य कारणमा जोड्छ।</w:t>
      </w:r>
    </w:p>
    <w:p w14:paraId="753409BF" w14:textId="77777777" w:rsidR="004849B5" w:rsidRDefault="00000000">
      <w:pPr>
        <w:rPr>
          <w:rFonts w:hint="eastAsia"/>
        </w:rPr>
      </w:pPr>
      <w:r>
        <w:lastRenderedPageBreak/>
        <w:t>Exam tip: Write the numbered/key points as separate headings and add a short conclusion for long questions.</w:t>
      </w:r>
    </w:p>
    <w:p w14:paraId="6866D9A6" w14:textId="77777777" w:rsidR="004849B5" w:rsidRDefault="00000000">
      <w:pPr>
        <w:rPr>
          <w:rFonts w:hint="eastAsia"/>
        </w:rPr>
      </w:pPr>
      <w:r>
        <w:rPr>
          <w:b/>
        </w:rPr>
        <w:t>Explain the concept and principles of learning.</w:t>
      </w:r>
    </w:p>
    <w:p w14:paraId="4CB8997C" w14:textId="77777777" w:rsidR="004849B5" w:rsidRDefault="00000000">
      <w:pPr>
        <w:rPr>
          <w:rFonts w:hint="eastAsia"/>
        </w:rPr>
      </w:pPr>
      <w:r>
        <w:t>EN: Learning is a relatively permanent change in behavior or behavioral potential resulting from experience. Key principles include practice, reinforcement, feedback, motivation, meaningfulness and active participation.</w:t>
      </w:r>
    </w:p>
    <w:p w14:paraId="60E4FE44" w14:textId="77777777" w:rsidR="004849B5" w:rsidRDefault="00000000">
      <w:pPr>
        <w:rPr>
          <w:rFonts w:hint="eastAsia"/>
        </w:rPr>
      </w:pPr>
      <w:r>
        <w:t>NE: Learning अनुभवबाट behavior वा behavioral potential मा आउने relatively permanent change हो। Practice, reinforcement, feedback, motivation, meaningfulness र participation महत्वपूर्ण छन्।</w:t>
      </w:r>
    </w:p>
    <w:p w14:paraId="4BFB56D6" w14:textId="77777777" w:rsidR="004849B5" w:rsidRDefault="00000000">
      <w:pPr>
        <w:rPr>
          <w:rFonts w:hint="eastAsia"/>
        </w:rPr>
      </w:pPr>
      <w:r>
        <w:t>Exam tip: Write the numbered/key points as separate headings and add a short conclusion for long questions.</w:t>
      </w:r>
    </w:p>
    <w:p w14:paraId="043F2B4F" w14:textId="77777777" w:rsidR="004849B5" w:rsidRDefault="00000000">
      <w:pPr>
        <w:rPr>
          <w:rFonts w:hint="eastAsia"/>
        </w:rPr>
      </w:pPr>
      <w:r>
        <w:rPr>
          <w:b/>
        </w:rPr>
        <w:t>Explain classical, operant and cognitive learning theories.</w:t>
      </w:r>
    </w:p>
    <w:p w14:paraId="066D27D5" w14:textId="77777777" w:rsidR="004849B5" w:rsidRDefault="00000000">
      <w:pPr>
        <w:rPr>
          <w:rFonts w:hint="eastAsia"/>
        </w:rPr>
      </w:pPr>
      <w:r>
        <w:t>EN: Classical conditioning—learning by association between stimuli. Operant conditioning—behavior shaped by consequences such as reward/punishment. Cognitive learning—learning through thinking, understanding and problem solving.</w:t>
      </w:r>
    </w:p>
    <w:p w14:paraId="249DB759" w14:textId="77777777" w:rsidR="004849B5" w:rsidRDefault="00000000">
      <w:pPr>
        <w:rPr>
          <w:rFonts w:hint="eastAsia"/>
        </w:rPr>
      </w:pPr>
      <w:r>
        <w:t>NE: Classical conditioning stimulus association बाट; operant conditioning reward/punishment जस्ता consequence बाट; cognitive learning सोच, बुझाइ र problem-solving बाट हुन्छ।</w:t>
      </w:r>
    </w:p>
    <w:p w14:paraId="518FA82C" w14:textId="77777777" w:rsidR="004849B5" w:rsidRDefault="00000000">
      <w:pPr>
        <w:rPr>
          <w:rFonts w:hint="eastAsia"/>
        </w:rPr>
      </w:pPr>
      <w:r>
        <w:t>Exam tip: Write the numbered/key points as separate headings and add a short conclusion for long questions.</w:t>
      </w:r>
    </w:p>
    <w:p w14:paraId="0F338DD5" w14:textId="77777777" w:rsidR="004849B5" w:rsidRDefault="00000000">
      <w:pPr>
        <w:rPr>
          <w:rFonts w:hint="eastAsia"/>
        </w:rPr>
      </w:pPr>
      <w:r>
        <w:rPr>
          <w:b/>
        </w:rPr>
        <w:t>Explain attribution theory and attribution errors.</w:t>
      </w:r>
    </w:p>
    <w:p w14:paraId="47D4E2CB" w14:textId="77777777" w:rsidR="004849B5" w:rsidRDefault="00000000">
      <w:pPr>
        <w:rPr>
          <w:rFonts w:hint="eastAsia"/>
        </w:rPr>
      </w:pPr>
      <w:r>
        <w:t>EN: Attribution theory explains how people assign behavior to internal causes such as ability/effort or external causes such as situation/task difficulty. Errors arise from systematic bias, especially fundamental attribution error and self-serving bias.</w:t>
      </w:r>
    </w:p>
    <w:p w14:paraId="4D0D6B59" w14:textId="77777777" w:rsidR="004849B5" w:rsidRDefault="00000000">
      <w:pPr>
        <w:rPr>
          <w:rFonts w:hint="eastAsia"/>
        </w:rPr>
      </w:pPr>
      <w:r>
        <w:t>NE: Attribution theory ले behavior को कारण internal (ability, effort) वा external (situation, task difficulty) कसरी निर्धारण गरिन्छ बताउँछ। Bias हुँदा attribution error हुन्छ।</w:t>
      </w:r>
    </w:p>
    <w:p w14:paraId="16DC1ADD" w14:textId="77777777" w:rsidR="004849B5" w:rsidRDefault="00000000">
      <w:pPr>
        <w:rPr>
          <w:rFonts w:hint="eastAsia"/>
        </w:rPr>
      </w:pPr>
      <w:r>
        <w:t>Exam tip: Write the numbered/key points as separate headings and add a short conclusion for long questions.</w:t>
      </w:r>
    </w:p>
    <w:p w14:paraId="14FF487C" w14:textId="77777777" w:rsidR="004849B5" w:rsidRDefault="00000000">
      <w:pPr>
        <w:pStyle w:val="Heading2"/>
      </w:pPr>
      <w:r>
        <w:t>Chapter 3: Personality</w:t>
      </w:r>
    </w:p>
    <w:p w14:paraId="208C795E" w14:textId="77777777" w:rsidR="004849B5" w:rsidRDefault="00000000">
      <w:pPr>
        <w:rPr>
          <w:rFonts w:hint="eastAsia"/>
        </w:rPr>
      </w:pPr>
      <w:r>
        <w:rPr>
          <w:b/>
        </w:rPr>
        <w:t>State and explain the major determinants of personality. — 2078</w:t>
      </w:r>
    </w:p>
    <w:p w14:paraId="4818C717" w14:textId="77777777" w:rsidR="004849B5" w:rsidRDefault="00000000">
      <w:pPr>
        <w:rPr>
          <w:rFonts w:hint="eastAsia"/>
        </w:rPr>
      </w:pPr>
      <w:r>
        <w:t>EN: Major determinants are heredity, environment and situation. Heredity provides biological tendencies; environment includes family, culture, education and peers; situation can change the expression of personality.</w:t>
      </w:r>
    </w:p>
    <w:p w14:paraId="799AA32E" w14:textId="77777777" w:rsidR="004849B5" w:rsidRDefault="00000000">
      <w:pPr>
        <w:rPr>
          <w:rFonts w:hint="eastAsia"/>
        </w:rPr>
      </w:pPr>
      <w:r>
        <w:t>NE: Personality का determinants heredity, environment र situation हुन्। Heredity ले biological tendency, environment ले family/culture/education र situation ले behavior expression प्रभावित गर्छ।</w:t>
      </w:r>
    </w:p>
    <w:p w14:paraId="3C731625" w14:textId="77777777" w:rsidR="004849B5" w:rsidRDefault="00000000">
      <w:pPr>
        <w:rPr>
          <w:rFonts w:hint="eastAsia"/>
        </w:rPr>
      </w:pPr>
      <w:r>
        <w:t>Exam tip: Write the numbered/key points as separate headings and add a short conclusion for long questions.</w:t>
      </w:r>
    </w:p>
    <w:p w14:paraId="26255BCA" w14:textId="77777777" w:rsidR="004849B5" w:rsidRDefault="00000000">
      <w:pPr>
        <w:rPr>
          <w:rFonts w:hint="eastAsia"/>
        </w:rPr>
      </w:pPr>
      <w:r>
        <w:rPr>
          <w:b/>
        </w:rPr>
        <w:t>Critically examine the major personality attributes influencing Organizational Behavior. — 2079</w:t>
      </w:r>
    </w:p>
    <w:p w14:paraId="023F1FC4" w14:textId="77777777" w:rsidR="004849B5" w:rsidRDefault="00000000">
      <w:pPr>
        <w:rPr>
          <w:rFonts w:hint="eastAsia"/>
        </w:rPr>
      </w:pPr>
      <w:r>
        <w:t>EN: Important attributes include locus of control, self-esteem, self-monitoring, risk propensity, Machiavellianism, proactive personality and Type A/B orientation. They influence motivation, leadership, decisions, teamwork and stress. No trait is universally good or bad; context matters.</w:t>
      </w:r>
    </w:p>
    <w:p w14:paraId="4AB24B57" w14:textId="77777777" w:rsidR="004849B5" w:rsidRDefault="00000000">
      <w:pPr>
        <w:rPr>
          <w:rFonts w:hint="eastAsia"/>
        </w:rPr>
      </w:pPr>
      <w:r>
        <w:lastRenderedPageBreak/>
        <w:t>NE: Locus of control, self-esteem, self-monitoring, risk propensity, Machiavellianism, proactive personality र Type A/B ले motivation, leadership, decision, teamwork र stress प्रभावित गर्छन्। प्रभाव job र situation अनुसार फरक हुन्छ।</w:t>
      </w:r>
    </w:p>
    <w:p w14:paraId="350117BC" w14:textId="77777777" w:rsidR="004849B5" w:rsidRDefault="00000000">
      <w:pPr>
        <w:rPr>
          <w:rFonts w:hint="eastAsia"/>
        </w:rPr>
      </w:pPr>
      <w:r>
        <w:t>Exam tip: Write the numbered/key points as separate headings and add a short conclusion for long questions.</w:t>
      </w:r>
    </w:p>
    <w:p w14:paraId="05F84A96" w14:textId="77777777" w:rsidR="004849B5" w:rsidRDefault="00000000">
      <w:pPr>
        <w:rPr>
          <w:rFonts w:hint="eastAsia"/>
        </w:rPr>
      </w:pPr>
      <w:r>
        <w:rPr>
          <w:b/>
        </w:rPr>
        <w:t>Show the impacts of personality traits on OB. — 2081</w:t>
      </w:r>
    </w:p>
    <w:p w14:paraId="21521451" w14:textId="77777777" w:rsidR="004849B5" w:rsidRDefault="00000000">
      <w:pPr>
        <w:rPr>
          <w:rFonts w:hint="eastAsia"/>
        </w:rPr>
      </w:pPr>
      <w:r>
        <w:t>EN: Personality affects perception, motivation, communication, leadership, teamwork, conflict, satisfaction and performance. Conscientiousness can support reliability; emotional stability can support coping under pressure; openness can support creativity.</w:t>
      </w:r>
    </w:p>
    <w:p w14:paraId="64E22743" w14:textId="77777777" w:rsidR="004849B5" w:rsidRDefault="00000000">
      <w:pPr>
        <w:rPr>
          <w:rFonts w:hint="eastAsia"/>
        </w:rPr>
      </w:pPr>
      <w:r>
        <w:t>NE: Personality ले perception, motivation, communication, leadership, teamwork, conflict, satisfaction र performance प्रभावित गर्छ।</w:t>
      </w:r>
    </w:p>
    <w:p w14:paraId="53092C40" w14:textId="77777777" w:rsidR="004849B5" w:rsidRDefault="00000000">
      <w:pPr>
        <w:rPr>
          <w:rFonts w:hint="eastAsia"/>
        </w:rPr>
      </w:pPr>
      <w:r>
        <w:t>Exam tip: Write the numbered/key points as separate headings and add a short conclusion for long questions.</w:t>
      </w:r>
    </w:p>
    <w:p w14:paraId="21F37735" w14:textId="77777777" w:rsidR="004849B5" w:rsidRDefault="00000000">
      <w:pPr>
        <w:rPr>
          <w:rFonts w:hint="eastAsia"/>
        </w:rPr>
      </w:pPr>
      <w:r>
        <w:rPr>
          <w:b/>
        </w:rPr>
        <w:t>State any four determinants of personality. — 2082</w:t>
      </w:r>
    </w:p>
    <w:p w14:paraId="1430EB92" w14:textId="77777777" w:rsidR="004849B5" w:rsidRDefault="00000000">
      <w:pPr>
        <w:rPr>
          <w:rFonts w:hint="eastAsia"/>
        </w:rPr>
      </w:pPr>
      <w:r>
        <w:t>EN: Heredity, environment, situation and social/cultural experience.</w:t>
      </w:r>
    </w:p>
    <w:p w14:paraId="33CA062C" w14:textId="77777777" w:rsidR="004849B5" w:rsidRDefault="00000000">
      <w:pPr>
        <w:rPr>
          <w:rFonts w:hint="eastAsia"/>
        </w:rPr>
      </w:pPr>
      <w:r>
        <w:t>NE: चार determinants: heredity, environment, situation र social/cultural experience।</w:t>
      </w:r>
    </w:p>
    <w:p w14:paraId="685BA06C" w14:textId="77777777" w:rsidR="004849B5" w:rsidRDefault="00000000">
      <w:pPr>
        <w:rPr>
          <w:rFonts w:hint="eastAsia"/>
        </w:rPr>
      </w:pPr>
      <w:r>
        <w:t>Exam tip: Write the numbered/key points as separate headings and add a short conclusion for long questions.</w:t>
      </w:r>
    </w:p>
    <w:p w14:paraId="1E26324B" w14:textId="77777777" w:rsidR="004849B5" w:rsidRDefault="00000000">
      <w:pPr>
        <w:rPr>
          <w:rFonts w:hint="eastAsia"/>
        </w:rPr>
      </w:pPr>
      <w:r>
        <w:rPr>
          <w:b/>
        </w:rPr>
        <w:t>Define personality and explain its major determinants.</w:t>
      </w:r>
    </w:p>
    <w:p w14:paraId="3A641FAB" w14:textId="77777777" w:rsidR="004849B5" w:rsidRDefault="00000000">
      <w:pPr>
        <w:rPr>
          <w:rFonts w:hint="eastAsia"/>
        </w:rPr>
      </w:pPr>
      <w:r>
        <w:t>EN: Personality is the relatively stable pattern of thoughts, feelings and behavior distinguishing one person from another. It develops through heredity, environment, situation and social/cultural experiences.</w:t>
      </w:r>
    </w:p>
    <w:p w14:paraId="2E1FB458" w14:textId="77777777" w:rsidR="004849B5" w:rsidRDefault="00000000">
      <w:pPr>
        <w:rPr>
          <w:rFonts w:hint="eastAsia"/>
        </w:rPr>
      </w:pPr>
      <w:r>
        <w:t>NE: Personality एक व्यक्तिलाई अर्कोबाट फरक बनाउने relatively stable thoughts, feelings र behavior को pattern हो।</w:t>
      </w:r>
    </w:p>
    <w:p w14:paraId="115669EA" w14:textId="77777777" w:rsidR="004849B5" w:rsidRDefault="00000000">
      <w:pPr>
        <w:rPr>
          <w:rFonts w:hint="eastAsia"/>
        </w:rPr>
      </w:pPr>
      <w:r>
        <w:t>Exam tip: Write the numbered/key points as separate headings and add a short conclusion for long questions.</w:t>
      </w:r>
    </w:p>
    <w:p w14:paraId="3B29F699" w14:textId="77777777" w:rsidR="004849B5" w:rsidRDefault="00000000">
      <w:pPr>
        <w:rPr>
          <w:rFonts w:hint="eastAsia"/>
        </w:rPr>
      </w:pPr>
      <w:r>
        <w:rPr>
          <w:b/>
        </w:rPr>
        <w:t>Explain the major personality attributes influencing individual behavior.</w:t>
      </w:r>
    </w:p>
    <w:p w14:paraId="53E61516" w14:textId="77777777" w:rsidR="004849B5" w:rsidRDefault="00000000">
      <w:pPr>
        <w:rPr>
          <w:rFonts w:hint="eastAsia"/>
        </w:rPr>
      </w:pPr>
      <w:r>
        <w:t>EN: Major attributes are locus of control, self-esteem, self-monitoring, risk-taking propensity, proactive personality, Machiavellianism and Type A/B. They influence perception, interaction, decisions and responses to work demands.</w:t>
      </w:r>
    </w:p>
    <w:p w14:paraId="3CC3CE1A" w14:textId="77777777" w:rsidR="004849B5" w:rsidRDefault="00000000">
      <w:pPr>
        <w:rPr>
          <w:rFonts w:hint="eastAsia"/>
        </w:rPr>
      </w:pPr>
      <w:r>
        <w:t>NE: मुख्य attributes: locus of control, self-esteem, self-monitoring, risk-taking, proactive personality, Machiavellianism र Type A/B।</w:t>
      </w:r>
    </w:p>
    <w:p w14:paraId="3EC67E82" w14:textId="77777777" w:rsidR="004849B5" w:rsidRDefault="00000000">
      <w:pPr>
        <w:rPr>
          <w:rFonts w:hint="eastAsia"/>
        </w:rPr>
      </w:pPr>
      <w:r>
        <w:t>Exam tip: Write the numbered/key points as separate headings and add a short conclusion for long questions.</w:t>
      </w:r>
    </w:p>
    <w:p w14:paraId="5FF00A81" w14:textId="77777777" w:rsidR="004849B5" w:rsidRDefault="00000000">
      <w:pPr>
        <w:rPr>
          <w:rFonts w:hint="eastAsia"/>
        </w:rPr>
      </w:pPr>
      <w:r>
        <w:rPr>
          <w:b/>
        </w:rPr>
        <w:t>Explain the Big Five personality traits.</w:t>
      </w:r>
    </w:p>
    <w:p w14:paraId="16CFE96E" w14:textId="77777777" w:rsidR="004849B5" w:rsidRDefault="00000000">
      <w:pPr>
        <w:rPr>
          <w:rFonts w:hint="eastAsia"/>
        </w:rPr>
      </w:pPr>
      <w:r>
        <w:t>EN: Big Five: Openness—curiosity/creativity; Conscientiousness—discipline/dependability; Extraversion—sociability/assertiveness; Agreeableness—cooperation/trust; Neuroticism or emotional stability—tendency toward emotional instability versus calmness.</w:t>
      </w:r>
    </w:p>
    <w:p w14:paraId="413AF063" w14:textId="77777777" w:rsidR="004849B5" w:rsidRDefault="00000000">
      <w:pPr>
        <w:rPr>
          <w:rFonts w:hint="eastAsia"/>
        </w:rPr>
      </w:pPr>
      <w:r>
        <w:lastRenderedPageBreak/>
        <w:t>NE: Big Five: Openness, Conscientiousness, Extraversion, Agreeableness र Neuroticism/Emotional Stability हुन्।</w:t>
      </w:r>
    </w:p>
    <w:p w14:paraId="0D24CE20" w14:textId="77777777" w:rsidR="004849B5" w:rsidRDefault="00000000">
      <w:pPr>
        <w:rPr>
          <w:rFonts w:hint="eastAsia"/>
        </w:rPr>
      </w:pPr>
      <w:r>
        <w:t>Exam tip: Write the numbered/key points as separate headings and add a short conclusion for long questions.</w:t>
      </w:r>
    </w:p>
    <w:p w14:paraId="58045207" w14:textId="77777777" w:rsidR="004849B5" w:rsidRDefault="00000000">
      <w:pPr>
        <w:rPr>
          <w:rFonts w:hint="eastAsia"/>
        </w:rPr>
      </w:pPr>
      <w:r>
        <w:rPr>
          <w:b/>
        </w:rPr>
        <w:t>Explain the relationship between personality and Organizational Behavior.</w:t>
      </w:r>
    </w:p>
    <w:p w14:paraId="38CBBD6C" w14:textId="77777777" w:rsidR="004849B5" w:rsidRDefault="00000000">
      <w:pPr>
        <w:rPr>
          <w:rFonts w:hint="eastAsia"/>
        </w:rPr>
      </w:pPr>
      <w:r>
        <w:t>EN: Personality is a key individual variable in OB. It shapes perception, attitudes, motivation, communication, leadership, teamwork, conflict and performance. Managers can use this understanding for job-person fit and team composition.</w:t>
      </w:r>
    </w:p>
    <w:p w14:paraId="7B2E9AC4" w14:textId="77777777" w:rsidR="004849B5" w:rsidRDefault="00000000">
      <w:pPr>
        <w:rPr>
          <w:rFonts w:hint="eastAsia"/>
        </w:rPr>
      </w:pPr>
      <w:r>
        <w:t>NE: Personality OB को प्रमुख individual variable हो र यसले perception, attitude, motivation, communication, leadership, teamwork, conflict तथा performance प्रभावित गर्छ।</w:t>
      </w:r>
    </w:p>
    <w:p w14:paraId="45F45CCB" w14:textId="77777777" w:rsidR="004849B5" w:rsidRDefault="00000000">
      <w:pPr>
        <w:rPr>
          <w:rFonts w:hint="eastAsia"/>
        </w:rPr>
      </w:pPr>
      <w:r>
        <w:t>Exam tip: Write the numbered/key points as separate headings and add a short conclusion for long questions.</w:t>
      </w:r>
    </w:p>
    <w:p w14:paraId="4A98C0DF" w14:textId="77777777" w:rsidR="004849B5" w:rsidRDefault="00000000">
      <w:pPr>
        <w:rPr>
          <w:rFonts w:hint="eastAsia"/>
        </w:rPr>
      </w:pPr>
      <w:r>
        <w:rPr>
          <w:b/>
        </w:rPr>
        <w:t>How does personality influence job performance?</w:t>
      </w:r>
    </w:p>
    <w:p w14:paraId="612BFEC8" w14:textId="77777777" w:rsidR="004849B5" w:rsidRDefault="00000000">
      <w:pPr>
        <w:rPr>
          <w:rFonts w:hint="eastAsia"/>
        </w:rPr>
      </w:pPr>
      <w:r>
        <w:t>EN: Traits such as conscientiousness, emotional stability, openness and proactive behavior can support reliability, pressure handling, creativity and initiative. However, ability, motivation, resources and job design also influence performance.</w:t>
      </w:r>
    </w:p>
    <w:p w14:paraId="6FDA1B57" w14:textId="77777777" w:rsidR="004849B5" w:rsidRDefault="00000000">
      <w:pPr>
        <w:rPr>
          <w:rFonts w:hint="eastAsia"/>
        </w:rPr>
      </w:pPr>
      <w:r>
        <w:t>NE: Conscientiousness, emotional stability, openness र proactive behavior ले performance मा सहयोग गर्न सक्छन्; तर ability, motivation, resources र job design पनि आवश्यक छन्।</w:t>
      </w:r>
    </w:p>
    <w:p w14:paraId="1D57CCE6" w14:textId="77777777" w:rsidR="004849B5" w:rsidRDefault="00000000">
      <w:pPr>
        <w:rPr>
          <w:rFonts w:hint="eastAsia"/>
        </w:rPr>
      </w:pPr>
      <w:r>
        <w:t>Exam tip: Write the numbered/key points as separate headings and add a short conclusion for long questions.</w:t>
      </w:r>
    </w:p>
    <w:p w14:paraId="4C5C436F" w14:textId="77777777" w:rsidR="004849B5" w:rsidRDefault="00000000">
      <w:pPr>
        <w:rPr>
          <w:rFonts w:hint="eastAsia"/>
        </w:rPr>
      </w:pPr>
      <w:r>
        <w:rPr>
          <w:b/>
        </w:rPr>
        <w:t>Explain the major personality theories.</w:t>
      </w:r>
    </w:p>
    <w:p w14:paraId="0A93D5CA" w14:textId="77777777" w:rsidR="004849B5" w:rsidRDefault="00000000">
      <w:pPr>
        <w:rPr>
          <w:rFonts w:hint="eastAsia"/>
        </w:rPr>
      </w:pPr>
      <w:r>
        <w:t>EN: Major approaches are trait, psychoanalytic, social learning, humanistic and biological. They explain personality through stable traits, unconscious motives, observation/interaction, self-growth and biological/genetic influences respectively.</w:t>
      </w:r>
    </w:p>
    <w:p w14:paraId="647D5F67" w14:textId="77777777" w:rsidR="004849B5" w:rsidRDefault="00000000">
      <w:pPr>
        <w:rPr>
          <w:rFonts w:hint="eastAsia"/>
        </w:rPr>
      </w:pPr>
      <w:r>
        <w:t>NE: प्रमुख approaches: trait, psychoanalytic, social learning, humanistic र biological हुन्।</w:t>
      </w:r>
    </w:p>
    <w:p w14:paraId="38C1D506" w14:textId="77777777" w:rsidR="004849B5" w:rsidRDefault="00000000">
      <w:pPr>
        <w:rPr>
          <w:rFonts w:hint="eastAsia"/>
        </w:rPr>
      </w:pPr>
      <w:r>
        <w:t>Exam tip: Write the numbered/key points as separate headings and add a short conclusion for long questions.</w:t>
      </w:r>
    </w:p>
    <w:p w14:paraId="7F162284" w14:textId="77777777" w:rsidR="004849B5" w:rsidRDefault="00000000">
      <w:pPr>
        <w:pStyle w:val="Heading2"/>
      </w:pPr>
      <w:r>
        <w:t>Chapter 4: Job Satisfaction</w:t>
      </w:r>
    </w:p>
    <w:p w14:paraId="0F370BE8" w14:textId="77777777" w:rsidR="004849B5" w:rsidRDefault="00000000">
      <w:pPr>
        <w:rPr>
          <w:rFonts w:hint="eastAsia"/>
        </w:rPr>
      </w:pPr>
      <w:r>
        <w:rPr>
          <w:b/>
        </w:rPr>
        <w:t>How does job satisfaction affect employees' performance? Describe. — 2079</w:t>
      </w:r>
    </w:p>
    <w:p w14:paraId="4DD070C3" w14:textId="77777777" w:rsidR="004849B5" w:rsidRDefault="00000000">
      <w:pPr>
        <w:rPr>
          <w:rFonts w:hint="eastAsia"/>
        </w:rPr>
      </w:pPr>
      <w:r>
        <w:t>EN: Satisfaction can increase commitment, engagement and positive citizenship behavior and reduce withdrawal. It may support performance, but ability, resources, motivation and job design also matter.</w:t>
      </w:r>
    </w:p>
    <w:p w14:paraId="5082CC7E" w14:textId="77777777" w:rsidR="004849B5" w:rsidRDefault="00000000">
      <w:pPr>
        <w:rPr>
          <w:rFonts w:hint="eastAsia"/>
        </w:rPr>
      </w:pPr>
      <w:r>
        <w:t>NE: Satisfaction ले commitment, engagement र positive behavior बढाउन तथा withdrawal घटाउन सक्छ। Performance मा यसको प्रभाव भए पनि ability, resources, motivation र job design पनि महत्वपूर्ण छन्।</w:t>
      </w:r>
    </w:p>
    <w:p w14:paraId="44EBEDF1" w14:textId="77777777" w:rsidR="004849B5" w:rsidRDefault="00000000">
      <w:pPr>
        <w:rPr>
          <w:rFonts w:hint="eastAsia"/>
        </w:rPr>
      </w:pPr>
      <w:r>
        <w:t>Exam tip: Write the numbered/key points as separate headings and add a short conclusion for long questions.</w:t>
      </w:r>
    </w:p>
    <w:p w14:paraId="2A140D2B" w14:textId="77777777" w:rsidR="004849B5" w:rsidRDefault="00000000">
      <w:pPr>
        <w:rPr>
          <w:rFonts w:hint="eastAsia"/>
        </w:rPr>
      </w:pPr>
      <w:r>
        <w:rPr>
          <w:b/>
        </w:rPr>
        <w:t>How does an organization measure the level of job satisfaction? Explain with an example. — 2080</w:t>
      </w:r>
    </w:p>
    <w:p w14:paraId="5E4A038F" w14:textId="77777777" w:rsidR="004849B5" w:rsidRDefault="00000000">
      <w:pPr>
        <w:rPr>
          <w:rFonts w:hint="eastAsia"/>
        </w:rPr>
      </w:pPr>
      <w:r>
        <w:lastRenderedPageBreak/>
        <w:t>EN: Methods include single global rating, job-facet questionnaires, surveys, interviews/focus groups and indirect indicators such as absenteeism/turnover. Example: rate pay, promotion, supervisor and work conditions on a 1–5 scale and calculate an average.</w:t>
      </w:r>
    </w:p>
    <w:p w14:paraId="58777617" w14:textId="77777777" w:rsidR="004849B5" w:rsidRDefault="00000000">
      <w:pPr>
        <w:rPr>
          <w:rFonts w:hint="eastAsia"/>
        </w:rPr>
      </w:pPr>
      <w:r>
        <w:t>NE: Single rating, job-facet questionnaire, survey, interview/focus group र absenteeism/turnover indicators प्रयोग गर्न सकिन्छ।</w:t>
      </w:r>
    </w:p>
    <w:p w14:paraId="79FA34D5" w14:textId="77777777" w:rsidR="004849B5" w:rsidRDefault="00000000">
      <w:pPr>
        <w:rPr>
          <w:rFonts w:hint="eastAsia"/>
        </w:rPr>
      </w:pPr>
      <w:r>
        <w:t>Exam tip: Write the numbered/key points as separate headings and add a short conclusion for long questions.</w:t>
      </w:r>
    </w:p>
    <w:p w14:paraId="0EC9BF7A" w14:textId="77777777" w:rsidR="004849B5" w:rsidRDefault="00000000">
      <w:pPr>
        <w:rPr>
          <w:rFonts w:hint="eastAsia"/>
        </w:rPr>
      </w:pPr>
      <w:r>
        <w:rPr>
          <w:b/>
        </w:rPr>
        <w:t>Explain the major effects of job satisfaction on employees' performance. — 2082</w:t>
      </w:r>
    </w:p>
    <w:p w14:paraId="6CC3549A" w14:textId="77777777" w:rsidR="004849B5" w:rsidRDefault="00000000">
      <w:pPr>
        <w:rPr>
          <w:rFonts w:hint="eastAsia"/>
        </w:rPr>
      </w:pPr>
      <w:r>
        <w:t>EN: Major effects include stronger commitment and morale, better citizenship behavior, lower absenteeism and turnover intention and generally better performance. Satisfaction alone does not guarantee high performance.</w:t>
      </w:r>
    </w:p>
    <w:p w14:paraId="1C919B5F" w14:textId="77777777" w:rsidR="004849B5" w:rsidRDefault="00000000">
      <w:pPr>
        <w:rPr>
          <w:rFonts w:hint="eastAsia"/>
        </w:rPr>
      </w:pPr>
      <w:r>
        <w:t>NE: Job satisfaction ले commitment, morale र citizenship बढाउन तथा absenteeism/turnover घटाउन सहयोग गर्छ; तर high performance का लागि अन्य factors पनि चाहिन्छ।</w:t>
      </w:r>
    </w:p>
    <w:p w14:paraId="19025611" w14:textId="77777777" w:rsidR="004849B5" w:rsidRDefault="00000000">
      <w:pPr>
        <w:rPr>
          <w:rFonts w:hint="eastAsia"/>
        </w:rPr>
      </w:pPr>
      <w:r>
        <w:t>Exam tip: Write the numbered/key points as separate headings and add a short conclusion for long questions.</w:t>
      </w:r>
    </w:p>
    <w:p w14:paraId="09AC99C1" w14:textId="77777777" w:rsidR="004849B5" w:rsidRDefault="00000000">
      <w:pPr>
        <w:rPr>
          <w:rFonts w:hint="eastAsia"/>
        </w:rPr>
      </w:pPr>
      <w:r>
        <w:rPr>
          <w:b/>
        </w:rPr>
        <w:t>Define job satisfaction and explain its importance.</w:t>
      </w:r>
    </w:p>
    <w:p w14:paraId="3D9330D8" w14:textId="77777777" w:rsidR="004849B5" w:rsidRDefault="00000000">
      <w:pPr>
        <w:rPr>
          <w:rFonts w:hint="eastAsia"/>
        </w:rPr>
      </w:pPr>
      <w:r>
        <w:t>EN: Job satisfaction is a positive feeling toward one's job and job experience. It is important for morale, commitment, retention, cooperation and lower withdrawal.</w:t>
      </w:r>
    </w:p>
    <w:p w14:paraId="52C59CFE" w14:textId="77777777" w:rsidR="004849B5" w:rsidRDefault="00000000">
      <w:pPr>
        <w:rPr>
          <w:rFonts w:hint="eastAsia"/>
        </w:rPr>
      </w:pPr>
      <w:r>
        <w:t>NE: Job satisfaction आफ्नो job प्रति positive feeling हो। यसले morale, commitment, retention र cooperation सुधार गर्छ।</w:t>
      </w:r>
    </w:p>
    <w:p w14:paraId="0224A3E7" w14:textId="77777777" w:rsidR="004849B5" w:rsidRDefault="00000000">
      <w:pPr>
        <w:rPr>
          <w:rFonts w:hint="eastAsia"/>
        </w:rPr>
      </w:pPr>
      <w:r>
        <w:t>Exam tip: Write the numbered/key points as separate headings and add a short conclusion for long questions.</w:t>
      </w:r>
    </w:p>
    <w:p w14:paraId="52B09069" w14:textId="77777777" w:rsidR="004849B5" w:rsidRDefault="00000000">
      <w:pPr>
        <w:rPr>
          <w:rFonts w:hint="eastAsia"/>
        </w:rPr>
      </w:pPr>
      <w:r>
        <w:rPr>
          <w:b/>
        </w:rPr>
        <w:t>Explain the major determinants of job satisfaction.</w:t>
      </w:r>
    </w:p>
    <w:p w14:paraId="5AA0EE87" w14:textId="77777777" w:rsidR="004849B5" w:rsidRDefault="00000000">
      <w:pPr>
        <w:rPr>
          <w:rFonts w:hint="eastAsia"/>
        </w:rPr>
      </w:pPr>
      <w:r>
        <w:t>EN: Work itself, pay, promotion, supervision, coworkers, working conditions, fairness, personality and work-life balance are major determinants.</w:t>
      </w:r>
    </w:p>
    <w:p w14:paraId="6AEB8E7A" w14:textId="77777777" w:rsidR="004849B5" w:rsidRDefault="00000000">
      <w:pPr>
        <w:rPr>
          <w:rFonts w:hint="eastAsia"/>
        </w:rPr>
      </w:pPr>
      <w:r>
        <w:t>NE: कामको प्रकृति, pay, promotion, supervision, coworkers, working conditions, fairness, personality र work-life balance determinants हुन्।</w:t>
      </w:r>
    </w:p>
    <w:p w14:paraId="69C5CB90" w14:textId="77777777" w:rsidR="004849B5" w:rsidRDefault="00000000">
      <w:pPr>
        <w:rPr>
          <w:rFonts w:hint="eastAsia"/>
        </w:rPr>
      </w:pPr>
      <w:r>
        <w:t>Exam tip: Write the numbered/key points as separate headings and add a short conclusion for long questions.</w:t>
      </w:r>
    </w:p>
    <w:p w14:paraId="641F4D38" w14:textId="77777777" w:rsidR="004849B5" w:rsidRDefault="00000000">
      <w:pPr>
        <w:rPr>
          <w:rFonts w:hint="eastAsia"/>
        </w:rPr>
      </w:pPr>
      <w:r>
        <w:rPr>
          <w:b/>
        </w:rPr>
        <w:t>Explain the relationship between job satisfaction and employee performance.</w:t>
      </w:r>
    </w:p>
    <w:p w14:paraId="1FE24B7E" w14:textId="77777777" w:rsidR="004849B5" w:rsidRDefault="00000000">
      <w:pPr>
        <w:rPr>
          <w:rFonts w:hint="eastAsia"/>
        </w:rPr>
      </w:pPr>
      <w:r>
        <w:t>EN: Satisfaction can promote engagement and commitment; good performance can also bring recognition and rewards that increase satisfaction. The relationship is influenced by ability, motivation and resources.</w:t>
      </w:r>
    </w:p>
    <w:p w14:paraId="4776D4B3" w14:textId="77777777" w:rsidR="004849B5" w:rsidRDefault="00000000">
      <w:pPr>
        <w:rPr>
          <w:rFonts w:hint="eastAsia"/>
        </w:rPr>
      </w:pPr>
      <w:r>
        <w:t>NE: Satisfaction ले engagement/commitment बढाउन सक्छ र good performance बाट reward/recognition पाएर satisfaction पनि बढ्न सक्छ।</w:t>
      </w:r>
    </w:p>
    <w:p w14:paraId="34CAAC26" w14:textId="77777777" w:rsidR="004849B5" w:rsidRDefault="00000000">
      <w:pPr>
        <w:rPr>
          <w:rFonts w:hint="eastAsia"/>
        </w:rPr>
      </w:pPr>
      <w:r>
        <w:t>Exam tip: Write the numbered/key points as separate headings and add a short conclusion for long questions.</w:t>
      </w:r>
    </w:p>
    <w:p w14:paraId="5E3AEE77" w14:textId="77777777" w:rsidR="004849B5" w:rsidRDefault="00000000">
      <w:pPr>
        <w:rPr>
          <w:rFonts w:hint="eastAsia"/>
        </w:rPr>
      </w:pPr>
      <w:r>
        <w:rPr>
          <w:b/>
        </w:rPr>
        <w:lastRenderedPageBreak/>
        <w:t>Explain the effects of job satisfaction on absenteeism and turnover.</w:t>
      </w:r>
    </w:p>
    <w:p w14:paraId="15DB4212" w14:textId="77777777" w:rsidR="004849B5" w:rsidRDefault="00000000">
      <w:pPr>
        <w:rPr>
          <w:rFonts w:hint="eastAsia"/>
        </w:rPr>
      </w:pPr>
      <w:r>
        <w:t>EN: Low satisfaction can increase absence and intention to leave, while high satisfaction generally reduces withdrawal. Labor-market opportunities and personal factors also influence turnover.</w:t>
      </w:r>
    </w:p>
    <w:p w14:paraId="1782632A" w14:textId="77777777" w:rsidR="004849B5" w:rsidRDefault="00000000">
      <w:pPr>
        <w:rPr>
          <w:rFonts w:hint="eastAsia"/>
        </w:rPr>
      </w:pPr>
      <w:r>
        <w:t>NE: Low satisfaction ले absenteeism र turnover intention बढाउन सक्छ; high satisfaction ले withdrawal घटाउन सहयोग गर्छ।</w:t>
      </w:r>
    </w:p>
    <w:p w14:paraId="002305B3" w14:textId="77777777" w:rsidR="004849B5" w:rsidRDefault="00000000">
      <w:pPr>
        <w:rPr>
          <w:rFonts w:hint="eastAsia"/>
        </w:rPr>
      </w:pPr>
      <w:r>
        <w:t>Exam tip: Write the numbered/key points as separate headings and add a short conclusion for long questions.</w:t>
      </w:r>
    </w:p>
    <w:p w14:paraId="5A9E436C" w14:textId="77777777" w:rsidR="004849B5" w:rsidRDefault="00000000">
      <w:pPr>
        <w:rPr>
          <w:rFonts w:hint="eastAsia"/>
        </w:rPr>
      </w:pPr>
      <w:r>
        <w:rPr>
          <w:b/>
        </w:rPr>
        <w:t>Explain the methods of measuring job satisfaction.</w:t>
      </w:r>
    </w:p>
    <w:p w14:paraId="048D6433" w14:textId="77777777" w:rsidR="004849B5" w:rsidRDefault="00000000">
      <w:pPr>
        <w:rPr>
          <w:rFonts w:hint="eastAsia"/>
        </w:rPr>
      </w:pPr>
      <w:r>
        <w:t>EN: Single global rating, job-facet/summation approach, questionnaires, interviews, focus groups and indirect indicators are common methods.</w:t>
      </w:r>
    </w:p>
    <w:p w14:paraId="3F49B1D9" w14:textId="77777777" w:rsidR="004849B5" w:rsidRDefault="00000000">
      <w:pPr>
        <w:rPr>
          <w:rFonts w:hint="eastAsia"/>
        </w:rPr>
      </w:pPr>
      <w:r>
        <w:t>NE: Single global rating, job-facet approach, questionnaire, interview, focus group तथा indirect indicators प्रयोग हुन्छन्।</w:t>
      </w:r>
    </w:p>
    <w:p w14:paraId="0938A9F4" w14:textId="77777777" w:rsidR="004849B5" w:rsidRDefault="00000000">
      <w:pPr>
        <w:rPr>
          <w:rFonts w:hint="eastAsia"/>
        </w:rPr>
      </w:pPr>
      <w:r>
        <w:t>Exam tip: Write the numbered/key points as separate headings and add a short conclusion for long questions.</w:t>
      </w:r>
    </w:p>
    <w:p w14:paraId="5DDC9A21" w14:textId="77777777" w:rsidR="004849B5" w:rsidRDefault="00000000">
      <w:pPr>
        <w:rPr>
          <w:rFonts w:hint="eastAsia"/>
        </w:rPr>
      </w:pPr>
      <w:r>
        <w:rPr>
          <w:b/>
        </w:rPr>
        <w:t>Discuss the consequences of high and low job satisfaction.</w:t>
      </w:r>
    </w:p>
    <w:p w14:paraId="7311CF6F" w14:textId="77777777" w:rsidR="004849B5" w:rsidRDefault="00000000">
      <w:pPr>
        <w:rPr>
          <w:rFonts w:hint="eastAsia"/>
        </w:rPr>
      </w:pPr>
      <w:r>
        <w:t>EN: High satisfaction may produce commitment, morale, retention and citizenship. Low satisfaction may produce complaints, absenteeism, turnover intention and low morale.</w:t>
      </w:r>
    </w:p>
    <w:p w14:paraId="0D4FC14D" w14:textId="77777777" w:rsidR="004849B5" w:rsidRDefault="00000000">
      <w:pPr>
        <w:rPr>
          <w:rFonts w:hint="eastAsia"/>
        </w:rPr>
      </w:pPr>
      <w:r>
        <w:t>NE: High satisfaction ले commitment, morale, retention बढाउँछ; low satisfaction ले complaint, absenteeism, turnover intention र low morale बढाउन सक्छ।</w:t>
      </w:r>
    </w:p>
    <w:p w14:paraId="47B750B5" w14:textId="77777777" w:rsidR="004849B5" w:rsidRDefault="00000000">
      <w:pPr>
        <w:rPr>
          <w:rFonts w:hint="eastAsia"/>
        </w:rPr>
      </w:pPr>
      <w:r>
        <w:t>Exam tip: Write the numbered/key points as separate headings and add a short conclusion for long questions.</w:t>
      </w:r>
    </w:p>
    <w:p w14:paraId="5EA01043" w14:textId="77777777" w:rsidR="004849B5" w:rsidRDefault="00000000">
      <w:pPr>
        <w:rPr>
          <w:rFonts w:hint="eastAsia"/>
        </w:rPr>
      </w:pPr>
      <w:r>
        <w:rPr>
          <w:b/>
        </w:rPr>
        <w:t>Explain the role of management in improving job satisfaction.</w:t>
      </w:r>
    </w:p>
    <w:p w14:paraId="3D9CB262" w14:textId="77777777" w:rsidR="004849B5" w:rsidRDefault="00000000">
      <w:pPr>
        <w:rPr>
          <w:rFonts w:hint="eastAsia"/>
        </w:rPr>
      </w:pPr>
      <w:r>
        <w:t>EN: Management should provide fair pay/treatment, meaningful work, participation, supportive supervision, development, recognition, safe conditions, work-life balance and effective grievance handling.</w:t>
      </w:r>
    </w:p>
    <w:p w14:paraId="3F741D7D" w14:textId="77777777" w:rsidR="004849B5" w:rsidRDefault="00000000">
      <w:pPr>
        <w:rPr>
          <w:rFonts w:hint="eastAsia"/>
        </w:rPr>
      </w:pPr>
      <w:r>
        <w:t>NE: Fair pay/treatment, meaningful work, participation, supportive supervision, development, recognition, safety, work-life balance र grievance handling बाट satisfaction सुधार गर्न सकिन्छ।</w:t>
      </w:r>
    </w:p>
    <w:p w14:paraId="649C0D9D" w14:textId="77777777" w:rsidR="004849B5" w:rsidRDefault="00000000">
      <w:pPr>
        <w:rPr>
          <w:rFonts w:hint="eastAsia"/>
        </w:rPr>
      </w:pPr>
      <w:r>
        <w:t>Exam tip: Write the numbered/key points as separate headings and add a short conclusion for long questions.</w:t>
      </w:r>
    </w:p>
    <w:p w14:paraId="51C32BA2" w14:textId="77777777" w:rsidR="004849B5" w:rsidRDefault="00000000">
      <w:pPr>
        <w:pStyle w:val="Heading2"/>
      </w:pPr>
      <w:r>
        <w:t>Chapter 5: Groups and Teams in Organizations</w:t>
      </w:r>
    </w:p>
    <w:p w14:paraId="476DB965" w14:textId="77777777" w:rsidR="004849B5" w:rsidRDefault="00000000">
      <w:pPr>
        <w:rPr>
          <w:rFonts w:hint="eastAsia"/>
        </w:rPr>
      </w:pPr>
      <w:r>
        <w:rPr>
          <w:b/>
        </w:rPr>
        <w:t>State any two features of informal group. — 2078</w:t>
      </w:r>
    </w:p>
    <w:p w14:paraId="576E45D6" w14:textId="77777777" w:rsidR="004849B5" w:rsidRDefault="00000000">
      <w:pPr>
        <w:rPr>
          <w:rFonts w:hint="eastAsia"/>
        </w:rPr>
      </w:pPr>
      <w:r>
        <w:t>EN: Informal groups arise naturally from social relationships and shared interests; they have flexible membership and informal communication.</w:t>
      </w:r>
    </w:p>
    <w:p w14:paraId="3C79FD08" w14:textId="77777777" w:rsidR="004849B5" w:rsidRDefault="00000000">
      <w:pPr>
        <w:rPr>
          <w:rFonts w:hint="eastAsia"/>
        </w:rPr>
      </w:pPr>
      <w:r>
        <w:t>NE: Informal group स्वाभाविक रूपमा social relationship/shared interest बाट बन्छ र यसको structure/communication flexible हुन्छ।</w:t>
      </w:r>
    </w:p>
    <w:p w14:paraId="2EECF107" w14:textId="77777777" w:rsidR="004849B5" w:rsidRDefault="00000000">
      <w:pPr>
        <w:rPr>
          <w:rFonts w:hint="eastAsia"/>
        </w:rPr>
      </w:pPr>
      <w:r>
        <w:lastRenderedPageBreak/>
        <w:t>Exam tip: Write the numbered/key points as separate headings and add a short conclusion for long questions.</w:t>
      </w:r>
    </w:p>
    <w:p w14:paraId="52E75A35" w14:textId="77777777" w:rsidR="004849B5" w:rsidRDefault="00000000">
      <w:pPr>
        <w:rPr>
          <w:rFonts w:hint="eastAsia"/>
        </w:rPr>
      </w:pPr>
      <w:r>
        <w:rPr>
          <w:b/>
        </w:rPr>
        <w:t>List out any two types of groups. — 2080</w:t>
      </w:r>
    </w:p>
    <w:p w14:paraId="107C73BB" w14:textId="77777777" w:rsidR="004849B5" w:rsidRDefault="00000000">
      <w:pPr>
        <w:rPr>
          <w:rFonts w:hint="eastAsia"/>
        </w:rPr>
      </w:pPr>
      <w:r>
        <w:t>EN: Formal groups and informal groups. Formal groups are created by the organization; informal groups arise naturally.</w:t>
      </w:r>
    </w:p>
    <w:p w14:paraId="1170838F" w14:textId="77777777" w:rsidR="004849B5" w:rsidRDefault="00000000">
      <w:pPr>
        <w:rPr>
          <w:rFonts w:hint="eastAsia"/>
        </w:rPr>
      </w:pPr>
      <w:r>
        <w:t>NE: Formal र informal group। Formal संगठनले बनाउँछ; informal स्वाभाविक रूपमा बन्छ।</w:t>
      </w:r>
    </w:p>
    <w:p w14:paraId="2473C863" w14:textId="77777777" w:rsidR="004849B5" w:rsidRDefault="00000000">
      <w:pPr>
        <w:rPr>
          <w:rFonts w:hint="eastAsia"/>
        </w:rPr>
      </w:pPr>
      <w:r>
        <w:t>Exam tip: Write the numbered/key points as separate headings and add a short conclusion for long questions.</w:t>
      </w:r>
    </w:p>
    <w:p w14:paraId="08DB43BA" w14:textId="77777777" w:rsidR="004849B5" w:rsidRDefault="00000000">
      <w:pPr>
        <w:rPr>
          <w:rFonts w:hint="eastAsia"/>
        </w:rPr>
      </w:pPr>
      <w:r>
        <w:rPr>
          <w:b/>
        </w:rPr>
        <w:t>Mention any two significances of informal groups. — 2079, 2081</w:t>
      </w:r>
    </w:p>
    <w:p w14:paraId="5EC1EE2A" w14:textId="77777777" w:rsidR="004849B5" w:rsidRDefault="00000000">
      <w:pPr>
        <w:rPr>
          <w:rFonts w:hint="eastAsia"/>
        </w:rPr>
      </w:pPr>
      <w:r>
        <w:t>EN: They provide social support/belongingness and facilitate communication/cooperation and informal control.</w:t>
      </w:r>
    </w:p>
    <w:p w14:paraId="50DAB8EB" w14:textId="77777777" w:rsidR="004849B5" w:rsidRDefault="00000000">
      <w:pPr>
        <w:rPr>
          <w:rFonts w:hint="eastAsia"/>
        </w:rPr>
      </w:pPr>
      <w:r>
        <w:t>NE: Social support/belongingness र communication/cooperation मा सहयोग गर्छन्।</w:t>
      </w:r>
    </w:p>
    <w:p w14:paraId="71F4EC48" w14:textId="77777777" w:rsidR="004849B5" w:rsidRDefault="00000000">
      <w:pPr>
        <w:rPr>
          <w:rFonts w:hint="eastAsia"/>
        </w:rPr>
      </w:pPr>
      <w:r>
        <w:t>Exam tip: Write the numbered/key points as separate headings and add a short conclusion for long questions.</w:t>
      </w:r>
    </w:p>
    <w:p w14:paraId="5C1968FC" w14:textId="77777777" w:rsidR="004849B5" w:rsidRDefault="00000000">
      <w:pPr>
        <w:rPr>
          <w:rFonts w:hint="eastAsia"/>
        </w:rPr>
      </w:pPr>
      <w:r>
        <w:rPr>
          <w:b/>
        </w:rPr>
        <w:t>Describe the major issues in managing work teams. — 2082</w:t>
      </w:r>
    </w:p>
    <w:p w14:paraId="55DD7BDD" w14:textId="77777777" w:rsidR="004849B5" w:rsidRDefault="00000000">
      <w:pPr>
        <w:rPr>
          <w:rFonts w:hint="eastAsia"/>
        </w:rPr>
      </w:pPr>
      <w:r>
        <w:t>EN: Major issues are team composition, unclear goals/roles, communication, coordination, conflict, social loafing, unequal participation, trust, leadership, diversity and fair evaluation/rewards.</w:t>
      </w:r>
    </w:p>
    <w:p w14:paraId="2CE5B1D7" w14:textId="77777777" w:rsidR="004849B5" w:rsidRDefault="00000000">
      <w:pPr>
        <w:rPr>
          <w:rFonts w:hint="eastAsia"/>
        </w:rPr>
      </w:pPr>
      <w:r>
        <w:t>NE: Team composition, clear goal/role, communication, coordination, conflict, social loafing, participation, trust, leadership, diversity र reward/evaluation मुख्य issues हुन्।</w:t>
      </w:r>
    </w:p>
    <w:p w14:paraId="02E455CF" w14:textId="77777777" w:rsidR="004849B5" w:rsidRDefault="00000000">
      <w:pPr>
        <w:rPr>
          <w:rFonts w:hint="eastAsia"/>
        </w:rPr>
      </w:pPr>
      <w:r>
        <w:t>Exam tip: Write the numbered/key points as separate headings and add a short conclusion for long questions.</w:t>
      </w:r>
    </w:p>
    <w:p w14:paraId="0CBC8B5E" w14:textId="77777777" w:rsidR="004849B5" w:rsidRDefault="00000000">
      <w:pPr>
        <w:rPr>
          <w:rFonts w:hint="eastAsia"/>
        </w:rPr>
      </w:pPr>
      <w:r>
        <w:rPr>
          <w:b/>
        </w:rPr>
        <w:t>Define group dynamics. — 2082</w:t>
      </w:r>
    </w:p>
    <w:p w14:paraId="383B4C39" w14:textId="77777777" w:rsidR="004849B5" w:rsidRDefault="00000000">
      <w:pPr>
        <w:rPr>
          <w:rFonts w:hint="eastAsia"/>
        </w:rPr>
      </w:pPr>
      <w:r>
        <w:t>EN: Group dynamics refers to the forces, interactions and processes that influence how a group develops, functions and performs.</w:t>
      </w:r>
    </w:p>
    <w:p w14:paraId="55E80495" w14:textId="77777777" w:rsidR="004849B5" w:rsidRDefault="00000000">
      <w:pPr>
        <w:rPr>
          <w:rFonts w:hint="eastAsia"/>
        </w:rPr>
      </w:pPr>
      <w:r>
        <w:t>NE: Group dynamics भनेको group भित्रका interaction, influence र processes ले group को functioning/performance मा पार्ने प्रभाव हो।</w:t>
      </w:r>
    </w:p>
    <w:p w14:paraId="4104A989" w14:textId="77777777" w:rsidR="004849B5" w:rsidRDefault="00000000">
      <w:pPr>
        <w:rPr>
          <w:rFonts w:hint="eastAsia"/>
        </w:rPr>
      </w:pPr>
      <w:r>
        <w:t>Exam tip: Write the numbered/key points as separate headings and add a short conclusion for long questions.</w:t>
      </w:r>
    </w:p>
    <w:p w14:paraId="6AE8CBB4" w14:textId="77777777" w:rsidR="004849B5" w:rsidRDefault="00000000">
      <w:pPr>
        <w:rPr>
          <w:rFonts w:hint="eastAsia"/>
        </w:rPr>
      </w:pPr>
      <w:r>
        <w:rPr>
          <w:b/>
        </w:rPr>
        <w:t>Explain the concept and types of groups.</w:t>
      </w:r>
    </w:p>
    <w:p w14:paraId="7FDB978C" w14:textId="77777777" w:rsidR="004849B5" w:rsidRDefault="00000000">
      <w:pPr>
        <w:rPr>
          <w:rFonts w:hint="eastAsia"/>
        </w:rPr>
      </w:pPr>
      <w:r>
        <w:t>EN: A group is two or more interacting people who depend on one another for objectives or needs. Types include formal, informal, command, task, interest and friendship groups.</w:t>
      </w:r>
    </w:p>
    <w:p w14:paraId="2651CA13" w14:textId="77777777" w:rsidR="004849B5" w:rsidRDefault="00000000">
      <w:pPr>
        <w:rPr>
          <w:rFonts w:hint="eastAsia"/>
        </w:rPr>
      </w:pPr>
      <w:r>
        <w:t>NE: Group दुई वा बढी interacting/dependent व्यक्तिको समूह हो। Formal, informal, command, task, interest र friendship groups प्रमुख प्रकार हुन्।</w:t>
      </w:r>
    </w:p>
    <w:p w14:paraId="2AC20A41" w14:textId="77777777" w:rsidR="004849B5" w:rsidRDefault="00000000">
      <w:pPr>
        <w:rPr>
          <w:rFonts w:hint="eastAsia"/>
        </w:rPr>
      </w:pPr>
      <w:r>
        <w:t>Exam tip: Write the numbered/key points as separate headings and add a short conclusion for long questions.</w:t>
      </w:r>
    </w:p>
    <w:p w14:paraId="711020CC" w14:textId="77777777" w:rsidR="004849B5" w:rsidRDefault="00000000">
      <w:pPr>
        <w:rPr>
          <w:rFonts w:hint="eastAsia"/>
        </w:rPr>
      </w:pPr>
      <w:r>
        <w:rPr>
          <w:b/>
        </w:rPr>
        <w:t>Explain the characteristics and significance of informal groups.</w:t>
      </w:r>
    </w:p>
    <w:p w14:paraId="12C7335D" w14:textId="77777777" w:rsidR="004849B5" w:rsidRDefault="00000000">
      <w:pPr>
        <w:rPr>
          <w:rFonts w:hint="eastAsia"/>
        </w:rPr>
      </w:pPr>
      <w:r>
        <w:lastRenderedPageBreak/>
        <w:t>EN: Characteristics: naturally formed, social relationships, flexible structure, shared interests, informal norms and unofficial leadership. Significance: support, belongingness, communication, cooperation and stress reduction; negative norms may reduce productivity.</w:t>
      </w:r>
    </w:p>
    <w:p w14:paraId="7F0A36FF" w14:textId="77777777" w:rsidR="004849B5" w:rsidRDefault="00000000">
      <w:pPr>
        <w:rPr>
          <w:rFonts w:hint="eastAsia"/>
        </w:rPr>
      </w:pPr>
      <w:r>
        <w:t>NE: स्वाभाविक गठन, social relationship, flexible structure, shared interest, informal norms आदि विशेषता हुन्। Support, belongingness, communication र cooperation महत्व हुन्।</w:t>
      </w:r>
    </w:p>
    <w:p w14:paraId="45ECC807" w14:textId="77777777" w:rsidR="004849B5" w:rsidRDefault="00000000">
      <w:pPr>
        <w:rPr>
          <w:rFonts w:hint="eastAsia"/>
        </w:rPr>
      </w:pPr>
      <w:r>
        <w:t>Exam tip: Write the numbered/key points as separate headings and add a short conclusion for long questions.</w:t>
      </w:r>
    </w:p>
    <w:p w14:paraId="27C283E5" w14:textId="77777777" w:rsidR="004849B5" w:rsidRDefault="00000000">
      <w:pPr>
        <w:rPr>
          <w:rFonts w:hint="eastAsia"/>
        </w:rPr>
      </w:pPr>
      <w:r>
        <w:rPr>
          <w:b/>
        </w:rPr>
        <w:t>Explain the process of group development.</w:t>
      </w:r>
    </w:p>
    <w:p w14:paraId="6C4AA960" w14:textId="77777777" w:rsidR="004849B5" w:rsidRDefault="00000000">
      <w:pPr>
        <w:rPr>
          <w:rFonts w:hint="eastAsia"/>
        </w:rPr>
      </w:pPr>
      <w:r>
        <w:t>EN: Forming—members meet; Storming—conflict/power issues; Norming—norms and cohesion; Performing—effective task work; Adjourning—temporary group ends.</w:t>
      </w:r>
    </w:p>
    <w:p w14:paraId="0750C921" w14:textId="77777777" w:rsidR="004849B5" w:rsidRDefault="00000000">
      <w:pPr>
        <w:rPr>
          <w:rFonts w:hint="eastAsia"/>
        </w:rPr>
      </w:pPr>
      <w:r>
        <w:t>NE: Forming → Storming → Norming → Performing → Adjourning पाँच चरण हुन्।</w:t>
      </w:r>
    </w:p>
    <w:p w14:paraId="4140B734" w14:textId="77777777" w:rsidR="004849B5" w:rsidRDefault="00000000">
      <w:pPr>
        <w:rPr>
          <w:rFonts w:hint="eastAsia"/>
        </w:rPr>
      </w:pPr>
      <w:r>
        <w:t>Exam tip: Write the numbered/key points as separate headings and add a short conclusion for long questions.</w:t>
      </w:r>
    </w:p>
    <w:p w14:paraId="6AC112EA" w14:textId="77777777" w:rsidR="004849B5" w:rsidRDefault="00000000">
      <w:pPr>
        <w:rPr>
          <w:rFonts w:hint="eastAsia"/>
        </w:rPr>
      </w:pPr>
      <w:r>
        <w:rPr>
          <w:b/>
        </w:rPr>
        <w:t>Explain the concept of team and team dynamics.</w:t>
      </w:r>
    </w:p>
    <w:p w14:paraId="0BFF90B9" w14:textId="77777777" w:rsidR="004849B5" w:rsidRDefault="00000000">
      <w:pPr>
        <w:rPr>
          <w:rFonts w:hint="eastAsia"/>
        </w:rPr>
      </w:pPr>
      <w:r>
        <w:t>EN: A team has a shared purpose, complementary skills, interdependence and mutual accountability. Team dynamics include communication, trust, cohesion, leadership, roles, norms, conflict and coordination.</w:t>
      </w:r>
    </w:p>
    <w:p w14:paraId="665FCA65" w14:textId="77777777" w:rsidR="004849B5" w:rsidRDefault="00000000">
      <w:pPr>
        <w:rPr>
          <w:rFonts w:hint="eastAsia"/>
        </w:rPr>
      </w:pPr>
      <w:r>
        <w:t>NE: Team मा shared purpose, complementary skills, interdependence र mutual accountability हुन्छ। Dynamics मा communication, trust, cohesion, leadership, role, norms र conflict पर्छन्।</w:t>
      </w:r>
    </w:p>
    <w:p w14:paraId="03E45F95" w14:textId="77777777" w:rsidR="004849B5" w:rsidRDefault="00000000">
      <w:pPr>
        <w:rPr>
          <w:rFonts w:hint="eastAsia"/>
        </w:rPr>
      </w:pPr>
      <w:r>
        <w:t>Exam tip: Write the numbered/key points as separate headings and add a short conclusion for long questions.</w:t>
      </w:r>
    </w:p>
    <w:p w14:paraId="6B339744" w14:textId="77777777" w:rsidR="004849B5" w:rsidRDefault="00000000">
      <w:pPr>
        <w:rPr>
          <w:rFonts w:hint="eastAsia"/>
        </w:rPr>
      </w:pPr>
      <w:r>
        <w:rPr>
          <w:b/>
        </w:rPr>
        <w:t>Explain the major challenges in managing work teams.</w:t>
      </w:r>
    </w:p>
    <w:p w14:paraId="353EF820" w14:textId="77777777" w:rsidR="004849B5" w:rsidRDefault="00000000">
      <w:pPr>
        <w:rPr>
          <w:rFonts w:hint="eastAsia"/>
        </w:rPr>
      </w:pPr>
      <w:r>
        <w:t>EN: Challenges include member selection, goal/role clarity, communication, coordination, conflict, trust, social loafing, diversity, leadership, motivation and fair evaluation/reward.</w:t>
      </w:r>
    </w:p>
    <w:p w14:paraId="4BC1B72B" w14:textId="77777777" w:rsidR="004849B5" w:rsidRDefault="00000000">
      <w:pPr>
        <w:rPr>
          <w:rFonts w:hint="eastAsia"/>
        </w:rPr>
      </w:pPr>
      <w:r>
        <w:t>NE: सही सदस्य, goal/role clarity, communication, coordination, conflict, trust, social loafing, diversity, leadership, motivation र fair reward मुख्य challenges हुन्।</w:t>
      </w:r>
    </w:p>
    <w:p w14:paraId="619CDAC4" w14:textId="77777777" w:rsidR="004849B5" w:rsidRDefault="00000000">
      <w:pPr>
        <w:rPr>
          <w:rFonts w:hint="eastAsia"/>
        </w:rPr>
      </w:pPr>
      <w:r>
        <w:t>Exam tip: Write the numbered/key points as separate headings and add a short conclusion for long questions.</w:t>
      </w:r>
    </w:p>
    <w:p w14:paraId="59816B7E" w14:textId="77777777" w:rsidR="004849B5" w:rsidRDefault="00000000">
      <w:pPr>
        <w:pStyle w:val="Heading2"/>
      </w:pPr>
      <w:r>
        <w:t>Chapter 6: Organizational Conflict and Stress</w:t>
      </w:r>
    </w:p>
    <w:p w14:paraId="550595E4" w14:textId="77777777" w:rsidR="004849B5" w:rsidRDefault="00000000">
      <w:pPr>
        <w:rPr>
          <w:rFonts w:hint="eastAsia"/>
        </w:rPr>
      </w:pPr>
      <w:r>
        <w:rPr>
          <w:b/>
        </w:rPr>
        <w:t>What do you mean by dysfunctional conflict? — 2078</w:t>
      </w:r>
    </w:p>
    <w:p w14:paraId="525432DB" w14:textId="77777777" w:rsidR="004849B5" w:rsidRDefault="00000000">
      <w:pPr>
        <w:rPr>
          <w:rFonts w:hint="eastAsia"/>
        </w:rPr>
      </w:pPr>
      <w:r>
        <w:t>EN: Dysfunctional conflict harms organizational performance, cooperation or employee well-being and may cause hostility, stress, delays and low productivity.</w:t>
      </w:r>
    </w:p>
    <w:p w14:paraId="032FCC09" w14:textId="77777777" w:rsidR="004849B5" w:rsidRDefault="00000000">
      <w:pPr>
        <w:rPr>
          <w:rFonts w:hint="eastAsia"/>
        </w:rPr>
      </w:pPr>
      <w:r>
        <w:t>NE: Dysfunctional conflict ले performance, cooperation वा employee well-being मा नकारात्मक असर पार्छ।</w:t>
      </w:r>
    </w:p>
    <w:p w14:paraId="5BB32BE4" w14:textId="77777777" w:rsidR="004849B5" w:rsidRDefault="00000000">
      <w:pPr>
        <w:rPr>
          <w:rFonts w:hint="eastAsia"/>
        </w:rPr>
      </w:pPr>
      <w:r>
        <w:t>Exam tip: Write the numbered/key points as separate headings and add a short conclusion for long questions.</w:t>
      </w:r>
    </w:p>
    <w:p w14:paraId="03A7B3A2" w14:textId="77777777" w:rsidR="004849B5" w:rsidRDefault="00000000">
      <w:pPr>
        <w:rPr>
          <w:rFonts w:hint="eastAsia"/>
        </w:rPr>
      </w:pPr>
      <w:r>
        <w:rPr>
          <w:b/>
        </w:rPr>
        <w:t>List out any two nature of conflict. — 2080</w:t>
      </w:r>
    </w:p>
    <w:p w14:paraId="53A30440" w14:textId="77777777" w:rsidR="004849B5" w:rsidRDefault="00000000">
      <w:pPr>
        <w:rPr>
          <w:rFonts w:hint="eastAsia"/>
        </w:rPr>
      </w:pPr>
      <w:r>
        <w:lastRenderedPageBreak/>
        <w:t>EN: Conflict is dynamic and can be either functional or dysfunctional; it is also common because people have different goals, interests and perceptions.</w:t>
      </w:r>
    </w:p>
    <w:p w14:paraId="2FE6E025" w14:textId="77777777" w:rsidR="004849B5" w:rsidRDefault="00000000">
      <w:pPr>
        <w:rPr>
          <w:rFonts w:hint="eastAsia"/>
        </w:rPr>
      </w:pPr>
      <w:r>
        <w:t>NE: Conflict dynamic हुन्छ र functional/dysfunctional हुन सक्छ; फरक goal, interest र perception का कारण यो common हुन्छ।</w:t>
      </w:r>
    </w:p>
    <w:p w14:paraId="4731BD90" w14:textId="77777777" w:rsidR="004849B5" w:rsidRDefault="00000000">
      <w:pPr>
        <w:rPr>
          <w:rFonts w:hint="eastAsia"/>
        </w:rPr>
      </w:pPr>
      <w:r>
        <w:t>Exam tip: Write the numbered/key points as separate headings and add a short conclusion for long questions.</w:t>
      </w:r>
    </w:p>
    <w:p w14:paraId="5A421A26" w14:textId="77777777" w:rsidR="004849B5" w:rsidRDefault="00000000">
      <w:pPr>
        <w:rPr>
          <w:rFonts w:hint="eastAsia"/>
        </w:rPr>
      </w:pPr>
      <w:r>
        <w:rPr>
          <w:b/>
        </w:rPr>
        <w:t>Critically examine the approaches to conflict management adopted by Nepali organizations. — 2078</w:t>
      </w:r>
    </w:p>
    <w:p w14:paraId="34F1FFAB" w14:textId="77777777" w:rsidR="004849B5" w:rsidRDefault="00000000">
      <w:pPr>
        <w:rPr>
          <w:rFonts w:hint="eastAsia"/>
        </w:rPr>
      </w:pPr>
      <w:r>
        <w:t>EN: Main approaches are avoiding, accommodating, competing, compromising and collaborating. Avoiding/authority may provide quick settlement but can leave root causes. Compromise offers a middle ground; collaboration seeks a win-win solution and is useful for complex long-term issues. Choice should depend on urgency, issue, power, culture and relationships.</w:t>
      </w:r>
    </w:p>
    <w:p w14:paraId="42EA111F" w14:textId="77777777" w:rsidR="004849B5" w:rsidRDefault="00000000">
      <w:pPr>
        <w:rPr>
          <w:rFonts w:hint="eastAsia"/>
        </w:rPr>
      </w:pPr>
      <w:r>
        <w:t>NE: Avoiding, accommodating, competing, compromising र collaborating प्रमुख approaches हुन्। Quick control का लागि avoidance/authority प्रयोग हुन सक्छ तर root cause बाँकी रहन सक्छ। Collaboration दीर्घकालीन जटिल conflict मा win-win समाधान खोज्छ।</w:t>
      </w:r>
    </w:p>
    <w:p w14:paraId="289FAF79" w14:textId="77777777" w:rsidR="004849B5" w:rsidRDefault="00000000">
      <w:pPr>
        <w:rPr>
          <w:rFonts w:hint="eastAsia"/>
        </w:rPr>
      </w:pPr>
      <w:r>
        <w:t>Exam tip: Write the numbered/key points as separate headings and add a short conclusion for long questions.</w:t>
      </w:r>
    </w:p>
    <w:p w14:paraId="111B8D4D" w14:textId="77777777" w:rsidR="004849B5" w:rsidRDefault="00000000">
      <w:pPr>
        <w:rPr>
          <w:rFonts w:hint="eastAsia"/>
        </w:rPr>
      </w:pPr>
      <w:r>
        <w:rPr>
          <w:b/>
        </w:rPr>
        <w:t>Discuss the nature and sources of conflict in organization. Is conflict always bad? Why or why not? — 2079</w:t>
      </w:r>
    </w:p>
    <w:p w14:paraId="69087C5E" w14:textId="77777777" w:rsidR="004849B5" w:rsidRDefault="00000000">
      <w:pPr>
        <w:rPr>
          <w:rFonts w:hint="eastAsia"/>
        </w:rPr>
      </w:pPr>
      <w:r>
        <w:t>EN: Conflict arises from incompatible goals, interests, values, perceptions or resource competition. Sources include scarce resources, role ambiguity, communication barriers, interdependence, personality and structure. It is not always bad: functional conflict can stimulate creativity and critical thinking, while dysfunctional conflict harms performance.</w:t>
      </w:r>
    </w:p>
    <w:p w14:paraId="0598013D" w14:textId="77777777" w:rsidR="004849B5" w:rsidRDefault="00000000">
      <w:pPr>
        <w:rPr>
          <w:rFonts w:hint="eastAsia"/>
        </w:rPr>
      </w:pPr>
      <w:r>
        <w:t>NE: Conflict incompatible goal/interest/value/perception बाट आउँछ। Scarce resources, role ambiguity, communication, interdependence, personality र structure sources हुन्। Functional conflict useful हुन सक्छ; dysfunctional conflict harmful हुन्छ।</w:t>
      </w:r>
    </w:p>
    <w:p w14:paraId="33742188" w14:textId="77777777" w:rsidR="004849B5" w:rsidRDefault="00000000">
      <w:pPr>
        <w:rPr>
          <w:rFonts w:hint="eastAsia"/>
        </w:rPr>
      </w:pPr>
      <w:r>
        <w:t>Exam tip: Write the numbered/key points as separate headings and add a short conclusion for long questions.</w:t>
      </w:r>
    </w:p>
    <w:p w14:paraId="093723DE" w14:textId="77777777" w:rsidR="004849B5" w:rsidRDefault="00000000">
      <w:pPr>
        <w:rPr>
          <w:rFonts w:hint="eastAsia"/>
        </w:rPr>
      </w:pPr>
      <w:r>
        <w:rPr>
          <w:b/>
        </w:rPr>
        <w:t>Define negotiation. — 2080</w:t>
      </w:r>
    </w:p>
    <w:p w14:paraId="2367BDBD" w14:textId="77777777" w:rsidR="004849B5" w:rsidRDefault="00000000">
      <w:pPr>
        <w:rPr>
          <w:rFonts w:hint="eastAsia"/>
        </w:rPr>
      </w:pPr>
      <w:r>
        <w:t>EN: Negotiation is communication and bargaining between two or more parties to reach an acceptable agreement over differing interests.</w:t>
      </w:r>
    </w:p>
    <w:p w14:paraId="5DE6B714" w14:textId="77777777" w:rsidR="004849B5" w:rsidRDefault="00000000">
      <w:pPr>
        <w:rPr>
          <w:rFonts w:hint="eastAsia"/>
        </w:rPr>
      </w:pPr>
      <w:r>
        <w:t>NE: Negotiation फरक interest भएका पक्षबीच communication र bargaining मार्फत acceptable agreement मा पुग्ने प्रक्रिया हो।</w:t>
      </w:r>
    </w:p>
    <w:p w14:paraId="770A55AD" w14:textId="77777777" w:rsidR="004849B5" w:rsidRDefault="00000000">
      <w:pPr>
        <w:rPr>
          <w:rFonts w:hint="eastAsia"/>
        </w:rPr>
      </w:pPr>
      <w:r>
        <w:t>Exam tip: Write the numbered/key points as separate headings and add a short conclusion for long questions.</w:t>
      </w:r>
    </w:p>
    <w:p w14:paraId="6285BEC3" w14:textId="77777777" w:rsidR="004849B5" w:rsidRDefault="00000000">
      <w:pPr>
        <w:rPr>
          <w:rFonts w:hint="eastAsia"/>
        </w:rPr>
      </w:pPr>
      <w:r>
        <w:rPr>
          <w:b/>
        </w:rPr>
        <w:t>Critically examine the major causes of organizational stress and assess managerial strategies to manage it. — 2082</w:t>
      </w:r>
    </w:p>
    <w:p w14:paraId="3FF434DA" w14:textId="77777777" w:rsidR="004849B5" w:rsidRDefault="00000000">
      <w:pPr>
        <w:rPr>
          <w:rFonts w:hint="eastAsia"/>
        </w:rPr>
      </w:pPr>
      <w:r>
        <w:lastRenderedPageBreak/>
        <w:t>EN: Causes include workload, role conflict/ambiguity, insecurity, poor relationships, low control, organizational change and work-life imbalance. Strategies: redesign workload/jobs, clarify roles, participation, supportive supervision, counseling, training, communication, wellness and work-life initiatives. Root organizational causes must also be addressed.</w:t>
      </w:r>
    </w:p>
    <w:p w14:paraId="169C6C42" w14:textId="77777777" w:rsidR="004849B5" w:rsidRDefault="00000000">
      <w:pPr>
        <w:rPr>
          <w:rFonts w:hint="eastAsia"/>
        </w:rPr>
      </w:pPr>
      <w:r>
        <w:t>NE: Workload, role conflict/ambiguity, insecurity, poor relationship, low control, change र work-life imbalance stress का कारण हुन्। Job redesign, role clarity, participation, supportive supervision, counseling, training, communication र work-life measures उपयोगी हुन्छन्।</w:t>
      </w:r>
    </w:p>
    <w:p w14:paraId="09F1EA62" w14:textId="77777777" w:rsidR="004849B5" w:rsidRDefault="00000000">
      <w:pPr>
        <w:rPr>
          <w:rFonts w:hint="eastAsia"/>
        </w:rPr>
      </w:pPr>
      <w:r>
        <w:t>Exam tip: Write the numbered/key points as separate headings and add a short conclusion for long questions.</w:t>
      </w:r>
    </w:p>
    <w:p w14:paraId="20B9733E" w14:textId="77777777" w:rsidR="004849B5" w:rsidRDefault="00000000">
      <w:pPr>
        <w:rPr>
          <w:rFonts w:hint="eastAsia"/>
        </w:rPr>
      </w:pPr>
      <w:r>
        <w:rPr>
          <w:b/>
        </w:rPr>
        <w:t>Explain the nature and sources of organizational conflict.</w:t>
      </w:r>
    </w:p>
    <w:p w14:paraId="0586C980" w14:textId="77777777" w:rsidR="004849B5" w:rsidRDefault="00000000">
      <w:pPr>
        <w:rPr>
          <w:rFonts w:hint="eastAsia"/>
        </w:rPr>
      </w:pPr>
      <w:r>
        <w:t>EN: Conflict is dynamic, relational, perception-dependent and potentially functional/dysfunctional. Sources include incompatible goals, scarce resources, interdependence, communication, role ambiguity, values, personality and structure.</w:t>
      </w:r>
    </w:p>
    <w:p w14:paraId="1EECDAEA" w14:textId="77777777" w:rsidR="004849B5" w:rsidRDefault="00000000">
      <w:pPr>
        <w:rPr>
          <w:rFonts w:hint="eastAsia"/>
        </w:rPr>
      </w:pPr>
      <w:r>
        <w:t>NE: Conflict dynamic, relational, perception-dependent र functional/dysfunctional हुन सक्छ।</w:t>
      </w:r>
    </w:p>
    <w:p w14:paraId="7F970B4F" w14:textId="77777777" w:rsidR="004849B5" w:rsidRDefault="00000000">
      <w:pPr>
        <w:rPr>
          <w:rFonts w:hint="eastAsia"/>
        </w:rPr>
      </w:pPr>
      <w:r>
        <w:t>Exam tip: Write the numbered/key points as separate headings and add a short conclusion for long questions.</w:t>
      </w:r>
    </w:p>
    <w:p w14:paraId="6099E0C4" w14:textId="77777777" w:rsidR="004849B5" w:rsidRDefault="00000000">
      <w:pPr>
        <w:rPr>
          <w:rFonts w:hint="eastAsia"/>
        </w:rPr>
      </w:pPr>
      <w:r>
        <w:rPr>
          <w:b/>
        </w:rPr>
        <w:t>Differentiate between functional and dysfunctional conflict.</w:t>
      </w:r>
    </w:p>
    <w:p w14:paraId="0A509DD7" w14:textId="77777777" w:rsidR="004849B5" w:rsidRDefault="00000000">
      <w:pPr>
        <w:rPr>
          <w:rFonts w:hint="eastAsia"/>
        </w:rPr>
      </w:pPr>
      <w:r>
        <w:t>EN: Functional conflict supports goals through creativity, critical evaluation and problem identification. Dysfunctional conflict obstructs goals through hostility, stress, poor communication and low cooperation.</w:t>
      </w:r>
    </w:p>
    <w:p w14:paraId="51C40464" w14:textId="77777777" w:rsidR="004849B5" w:rsidRDefault="00000000">
      <w:pPr>
        <w:rPr>
          <w:rFonts w:hint="eastAsia"/>
        </w:rPr>
      </w:pPr>
      <w:r>
        <w:t>NE: Functional conflict ले creativity/problem solving बढाउँछ; dysfunctional conflict ले hostility, stress, poor communication र low cooperation ल्याउँछ।</w:t>
      </w:r>
    </w:p>
    <w:p w14:paraId="67E94E83" w14:textId="77777777" w:rsidR="004849B5" w:rsidRDefault="00000000">
      <w:pPr>
        <w:rPr>
          <w:rFonts w:hint="eastAsia"/>
        </w:rPr>
      </w:pPr>
      <w:r>
        <w:t>Exam tip: Write the numbered/key points as separate headings and add a short conclusion for long questions.</w:t>
      </w:r>
    </w:p>
    <w:p w14:paraId="7C75DDCA" w14:textId="77777777" w:rsidR="004849B5" w:rsidRDefault="00000000">
      <w:pPr>
        <w:rPr>
          <w:rFonts w:hint="eastAsia"/>
        </w:rPr>
      </w:pPr>
      <w:r>
        <w:rPr>
          <w:b/>
        </w:rPr>
        <w:t>Explain the major approaches to conflict management.</w:t>
      </w:r>
    </w:p>
    <w:p w14:paraId="50CA854B" w14:textId="77777777" w:rsidR="004849B5" w:rsidRDefault="00000000">
      <w:pPr>
        <w:rPr>
          <w:rFonts w:hint="eastAsia"/>
        </w:rPr>
      </w:pPr>
      <w:r>
        <w:t>EN: Avoiding postpones the issue; accommodating gives priority to the other side; competing uses assertiveness; compromising seeks a middle ground; collaborating seeks a win-win solution.</w:t>
      </w:r>
    </w:p>
    <w:p w14:paraId="04687248" w14:textId="77777777" w:rsidR="004849B5" w:rsidRDefault="00000000">
      <w:pPr>
        <w:rPr>
          <w:rFonts w:hint="eastAsia"/>
        </w:rPr>
      </w:pPr>
      <w:r>
        <w:t>NE: Avoiding, accommodating, competing, compromising र collaborating पाँच प्रमुख approaches हुन्।</w:t>
      </w:r>
    </w:p>
    <w:p w14:paraId="35F4D414" w14:textId="77777777" w:rsidR="004849B5" w:rsidRDefault="00000000">
      <w:pPr>
        <w:rPr>
          <w:rFonts w:hint="eastAsia"/>
        </w:rPr>
      </w:pPr>
      <w:r>
        <w:t>Exam tip: Write the numbered/key points as separate headings and add a short conclusion for long questions.</w:t>
      </w:r>
    </w:p>
    <w:p w14:paraId="0C78C548" w14:textId="77777777" w:rsidR="004849B5" w:rsidRDefault="00000000">
      <w:pPr>
        <w:rPr>
          <w:rFonts w:hint="eastAsia"/>
        </w:rPr>
      </w:pPr>
      <w:r>
        <w:rPr>
          <w:b/>
        </w:rPr>
        <w:t>Explain the causes of organizational stress and methods of stress management.</w:t>
      </w:r>
    </w:p>
    <w:p w14:paraId="10350F9C" w14:textId="77777777" w:rsidR="004849B5" w:rsidRDefault="00000000">
      <w:pPr>
        <w:rPr>
          <w:rFonts w:hint="eastAsia"/>
        </w:rPr>
      </w:pPr>
      <w:r>
        <w:t>EN: Causes: workload, role conflict, ambiguity, insecurity, poor relationships, low control, change and work-life imbalance. Methods: workload adjustment, role clarity, participation, counseling, supportive leadership, wellness, time management and work-life initiatives.</w:t>
      </w:r>
    </w:p>
    <w:p w14:paraId="5EA48CD7" w14:textId="77777777" w:rsidR="004849B5" w:rsidRDefault="00000000">
      <w:pPr>
        <w:rPr>
          <w:rFonts w:hint="eastAsia"/>
        </w:rPr>
      </w:pPr>
      <w:r>
        <w:t>NE: Stress का कारण workload, role conflict, ambiguity, insecurity, poor relationship, low control, change र imbalance हुन्; management मा workload adjustment, role clarity, counseling, supportive leadership, wellness र work-life initiatives पर्छन्।</w:t>
      </w:r>
    </w:p>
    <w:p w14:paraId="69BC04A5" w14:textId="77777777" w:rsidR="004849B5" w:rsidRDefault="00000000">
      <w:pPr>
        <w:rPr>
          <w:rFonts w:hint="eastAsia"/>
        </w:rPr>
      </w:pPr>
      <w:r>
        <w:lastRenderedPageBreak/>
        <w:t>Exam tip: Write the numbered/key points as separate headings and add a short conclusion for long questions.</w:t>
      </w:r>
    </w:p>
    <w:p w14:paraId="6D0B2766" w14:textId="77777777" w:rsidR="004849B5" w:rsidRDefault="00000000">
      <w:pPr>
        <w:pStyle w:val="Heading2"/>
      </w:pPr>
      <w:r>
        <w:t>Chapter 7: Organizational Change and Development</w:t>
      </w:r>
    </w:p>
    <w:p w14:paraId="5FF35EC0" w14:textId="77777777" w:rsidR="004849B5" w:rsidRDefault="00000000">
      <w:pPr>
        <w:rPr>
          <w:rFonts w:hint="eastAsia"/>
        </w:rPr>
      </w:pPr>
      <w:r>
        <w:rPr>
          <w:b/>
        </w:rPr>
        <w:t>List out any two features of Organizational Development. — 2078</w:t>
      </w:r>
    </w:p>
    <w:p w14:paraId="1686DEC5" w14:textId="77777777" w:rsidR="004849B5" w:rsidRDefault="00000000">
      <w:pPr>
        <w:rPr>
          <w:rFonts w:hint="eastAsia"/>
        </w:rPr>
      </w:pPr>
      <w:r>
        <w:t>EN: OD is planned/systematic and aims to improve organizational effectiveness and health through behavioral and organizational interventions.</w:t>
      </w:r>
    </w:p>
    <w:p w14:paraId="4F1CD813" w14:textId="77777777" w:rsidR="004849B5" w:rsidRDefault="00000000">
      <w:pPr>
        <w:rPr>
          <w:rFonts w:hint="eastAsia"/>
        </w:rPr>
      </w:pPr>
      <w:r>
        <w:t>NE: OD planned/systematic हुन्छ र intervention मार्फत organizational effectiveness/health सुधार गर्छ।</w:t>
      </w:r>
    </w:p>
    <w:p w14:paraId="209A26B3" w14:textId="77777777" w:rsidR="004849B5" w:rsidRDefault="00000000">
      <w:pPr>
        <w:rPr>
          <w:rFonts w:hint="eastAsia"/>
        </w:rPr>
      </w:pPr>
      <w:r>
        <w:t>Exam tip: Write the numbered/key points as separate headings and add a short conclusion for long questions.</w:t>
      </w:r>
    </w:p>
    <w:p w14:paraId="54CB53AE" w14:textId="77777777" w:rsidR="004849B5" w:rsidRDefault="00000000">
      <w:pPr>
        <w:rPr>
          <w:rFonts w:hint="eastAsia"/>
        </w:rPr>
      </w:pPr>
      <w:r>
        <w:rPr>
          <w:b/>
        </w:rPr>
        <w:t>What do you mean by readiness to change? — 2078</w:t>
      </w:r>
    </w:p>
    <w:p w14:paraId="17560BF6" w14:textId="77777777" w:rsidR="004849B5" w:rsidRDefault="00000000">
      <w:pPr>
        <w:rPr>
          <w:rFonts w:hint="eastAsia"/>
        </w:rPr>
      </w:pPr>
      <w:r>
        <w:t>EN: Readiness to change is the extent to which people or an organization are prepared, willing and able to accept and implement change.</w:t>
      </w:r>
    </w:p>
    <w:p w14:paraId="5B15965C" w14:textId="77777777" w:rsidR="004849B5" w:rsidRDefault="00000000">
      <w:pPr>
        <w:rPr>
          <w:rFonts w:hint="eastAsia"/>
        </w:rPr>
      </w:pPr>
      <w:r>
        <w:t>NE: Readiness to change भनेको change स्वीकार र implement गर्न व्यक्ति/संगठन कति तयार, इच्छुक र सक्षम छ भन्ने अवस्था हो।</w:t>
      </w:r>
    </w:p>
    <w:p w14:paraId="663637E3" w14:textId="77777777" w:rsidR="004849B5" w:rsidRDefault="00000000">
      <w:pPr>
        <w:rPr>
          <w:rFonts w:hint="eastAsia"/>
        </w:rPr>
      </w:pPr>
      <w:r>
        <w:t>Exam tip: Write the numbered/key points as separate headings and add a short conclusion for long questions.</w:t>
      </w:r>
    </w:p>
    <w:p w14:paraId="490AF1F4" w14:textId="77777777" w:rsidR="004849B5" w:rsidRDefault="00000000">
      <w:pPr>
        <w:rPr>
          <w:rFonts w:hint="eastAsia"/>
        </w:rPr>
      </w:pPr>
      <w:r>
        <w:rPr>
          <w:b/>
        </w:rPr>
        <w:t>What is resistance to change? Why do people resist change? — 2079/2081</w:t>
      </w:r>
    </w:p>
    <w:p w14:paraId="43F10C76" w14:textId="77777777" w:rsidR="004849B5" w:rsidRDefault="00000000">
      <w:pPr>
        <w:rPr>
          <w:rFonts w:hint="eastAsia"/>
        </w:rPr>
      </w:pPr>
      <w:r>
        <w:t>EN: Resistance is opposition to proposed change. Causes include fear of unknown, habit, insecurity, loss of status/power, economic concerns, lack of trust, poor communication, group norms and inadequate skills/resources.</w:t>
      </w:r>
    </w:p>
    <w:p w14:paraId="1177D726" w14:textId="77777777" w:rsidR="004849B5" w:rsidRDefault="00000000">
      <w:pPr>
        <w:rPr>
          <w:rFonts w:hint="eastAsia"/>
        </w:rPr>
      </w:pPr>
      <w:r>
        <w:t>NE: Resistance भनेको proposed change को विरोध हो। Unknown को डर, habit, insecurity, status/power loss, economic concern, trust कमी, poor communication, group norm र skill/resource कमी कारण हुन्।</w:t>
      </w:r>
    </w:p>
    <w:p w14:paraId="3D857CD6" w14:textId="77777777" w:rsidR="004849B5" w:rsidRDefault="00000000">
      <w:pPr>
        <w:rPr>
          <w:rFonts w:hint="eastAsia"/>
        </w:rPr>
      </w:pPr>
      <w:r>
        <w:t>Exam tip: Write the numbered/key points as separate headings and add a short conclusion for long questions.</w:t>
      </w:r>
    </w:p>
    <w:p w14:paraId="4512E1C7" w14:textId="77777777" w:rsidR="004849B5" w:rsidRDefault="00000000">
      <w:pPr>
        <w:rPr>
          <w:rFonts w:hint="eastAsia"/>
        </w:rPr>
      </w:pPr>
      <w:r>
        <w:rPr>
          <w:b/>
        </w:rPr>
        <w:t>Show the relationship between organizational change and Organizational Development. Explain any two OD interventions. — 2078</w:t>
      </w:r>
    </w:p>
    <w:p w14:paraId="006C6670" w14:textId="77777777" w:rsidR="004849B5" w:rsidRDefault="00000000">
      <w:pPr>
        <w:rPr>
          <w:rFonts w:hint="eastAsia"/>
        </w:rPr>
      </w:pPr>
      <w:r>
        <w:t>EN: Organizational change is the broad movement from current to desired state; OD is a planned, people-centered approach that facilitates improvement and change. Two interventions: team building—improves trust, communication and cooperation; survey feedback—collects employee data and feeds results back for diagnosis and improvement.</w:t>
      </w:r>
    </w:p>
    <w:p w14:paraId="59A293AE" w14:textId="77777777" w:rsidR="004849B5" w:rsidRDefault="00000000">
      <w:pPr>
        <w:rPr>
          <w:rFonts w:hint="eastAsia"/>
        </w:rPr>
      </w:pPr>
      <w:r>
        <w:t>NE: Change व्यापक transition process हो; OD planned people-centered change/improvement approach हो। Team building र survey feedback दुई interventions हुन्।</w:t>
      </w:r>
    </w:p>
    <w:p w14:paraId="4D084E82" w14:textId="77777777" w:rsidR="004849B5" w:rsidRDefault="00000000">
      <w:pPr>
        <w:rPr>
          <w:rFonts w:hint="eastAsia"/>
        </w:rPr>
      </w:pPr>
      <w:r>
        <w:t>Exam tip: Write the numbered/key points as separate headings and add a short conclusion for long questions.</w:t>
      </w:r>
    </w:p>
    <w:p w14:paraId="52B89D6E" w14:textId="77777777" w:rsidR="004849B5" w:rsidRDefault="00000000">
      <w:pPr>
        <w:rPr>
          <w:rFonts w:hint="eastAsia"/>
        </w:rPr>
      </w:pPr>
      <w:r>
        <w:rPr>
          <w:b/>
        </w:rPr>
        <w:t>Why is organizational change necessary? Assess different approaches to managing organizational change. — 2080</w:t>
      </w:r>
    </w:p>
    <w:p w14:paraId="0F7C5463" w14:textId="77777777" w:rsidR="004849B5" w:rsidRDefault="00000000">
      <w:pPr>
        <w:rPr>
          <w:rFonts w:hint="eastAsia"/>
        </w:rPr>
      </w:pPr>
      <w:r>
        <w:lastRenderedPageBreak/>
        <w:t>EN: Change is driven by technology, competition, customers, regulation, economic conditions and internal problems. Approaches include communication/education, participation, facilitation/support, negotiation, leadership and sometimes coercion. Participation and communication generally create stronger ownership.</w:t>
      </w:r>
    </w:p>
    <w:p w14:paraId="2FBE221F" w14:textId="77777777" w:rsidR="004849B5" w:rsidRDefault="00000000">
      <w:pPr>
        <w:rPr>
          <w:rFonts w:hint="eastAsia"/>
        </w:rPr>
      </w:pPr>
      <w:r>
        <w:t>NE: Technology, competition, customer need, regulation, economy र internal problem का कारण change आवश्यक हुन्छ। Communication, participation, support, negotiation, leadership आदि approaches हुन्।</w:t>
      </w:r>
    </w:p>
    <w:p w14:paraId="2C2FD608" w14:textId="77777777" w:rsidR="004849B5" w:rsidRDefault="00000000">
      <w:pPr>
        <w:rPr>
          <w:rFonts w:hint="eastAsia"/>
        </w:rPr>
      </w:pPr>
      <w:r>
        <w:t>Exam tip: Write the numbered/key points as separate headings and add a short conclusion for long questions.</w:t>
      </w:r>
    </w:p>
    <w:p w14:paraId="4232B16B" w14:textId="77777777" w:rsidR="004849B5" w:rsidRDefault="00000000">
      <w:pPr>
        <w:rPr>
          <w:rFonts w:hint="eastAsia"/>
        </w:rPr>
      </w:pPr>
      <w:r>
        <w:rPr>
          <w:b/>
        </w:rPr>
        <w:t>Analyze the major internal and external forces that drive organizational change. — 2082</w:t>
      </w:r>
    </w:p>
    <w:p w14:paraId="2DCD3EC6" w14:textId="77777777" w:rsidR="004849B5" w:rsidRDefault="00000000">
      <w:pPr>
        <w:rPr>
          <w:rFonts w:hint="eastAsia"/>
        </w:rPr>
      </w:pPr>
      <w:r>
        <w:t>EN: External: technology, competition, customers, regulation, economy, social values and globalization. Internal: strategy, leadership, employee needs, performance gaps, structure, culture, growth and resource issues.</w:t>
      </w:r>
    </w:p>
    <w:p w14:paraId="35EDF0CC" w14:textId="77777777" w:rsidR="004849B5" w:rsidRDefault="00000000">
      <w:pPr>
        <w:rPr>
          <w:rFonts w:hint="eastAsia"/>
        </w:rPr>
      </w:pPr>
      <w:r>
        <w:t>NE: External forces: technology, competition, customer, regulation, economy, social value, globalization। Internal: strategy, leadership, employee needs, performance gap, structure, culture, growth र resources।</w:t>
      </w:r>
    </w:p>
    <w:p w14:paraId="043B84CD" w14:textId="77777777" w:rsidR="004849B5" w:rsidRDefault="00000000">
      <w:pPr>
        <w:rPr>
          <w:rFonts w:hint="eastAsia"/>
        </w:rPr>
      </w:pPr>
      <w:r>
        <w:t>Exam tip: Write the numbered/key points as separate headings and add a short conclusion for long questions.</w:t>
      </w:r>
    </w:p>
    <w:p w14:paraId="7A6252E8" w14:textId="77777777" w:rsidR="004849B5" w:rsidRDefault="00000000">
      <w:pPr>
        <w:rPr>
          <w:rFonts w:hint="eastAsia"/>
        </w:rPr>
      </w:pPr>
      <w:r>
        <w:rPr>
          <w:b/>
        </w:rPr>
        <w:t>Explain the concept and importance of Organizational Development.</w:t>
      </w:r>
    </w:p>
    <w:p w14:paraId="29139574" w14:textId="77777777" w:rsidR="004849B5" w:rsidRDefault="00000000">
      <w:pPr>
        <w:rPr>
          <w:rFonts w:hint="eastAsia"/>
        </w:rPr>
      </w:pPr>
      <w:r>
        <w:t>EN: OD is a planned, systematic effort to improve organizational effectiveness and health using behavioral science knowledge. It improves teamwork, communication, adaptability, culture, problem solving and employee involvement.</w:t>
      </w:r>
    </w:p>
    <w:p w14:paraId="6F5950B0" w14:textId="77777777" w:rsidR="004849B5" w:rsidRDefault="00000000">
      <w:pPr>
        <w:rPr>
          <w:rFonts w:hint="eastAsia"/>
        </w:rPr>
      </w:pPr>
      <w:r>
        <w:t>NE: OD behavioral science मा आधारित planned/systematic effort हो जसले effectiveness, teamwork, communication, adaptability र culture सुधार गर्छ।</w:t>
      </w:r>
    </w:p>
    <w:p w14:paraId="50797010" w14:textId="77777777" w:rsidR="004849B5" w:rsidRDefault="00000000">
      <w:pPr>
        <w:rPr>
          <w:rFonts w:hint="eastAsia"/>
        </w:rPr>
      </w:pPr>
      <w:r>
        <w:t>Exam tip: Write the numbered/key points as separate headings and add a short conclusion for long questions.</w:t>
      </w:r>
    </w:p>
    <w:p w14:paraId="5DCD0707" w14:textId="77777777" w:rsidR="004849B5" w:rsidRDefault="00000000">
      <w:pPr>
        <w:rPr>
          <w:rFonts w:hint="eastAsia"/>
        </w:rPr>
      </w:pPr>
      <w:r>
        <w:rPr>
          <w:b/>
        </w:rPr>
        <w:t>Explain Lewin's three-step model of organizational change.</w:t>
      </w:r>
    </w:p>
    <w:p w14:paraId="1D9382FE" w14:textId="77777777" w:rsidR="004849B5" w:rsidRDefault="00000000">
      <w:pPr>
        <w:rPr>
          <w:rFonts w:hint="eastAsia"/>
        </w:rPr>
      </w:pPr>
      <w:r>
        <w:t>EN: Unfreezing—create awareness and loosen attachment to the status quo; Changing/Moving—introduce and learn new behaviors/processes; Refreezing—stabilize and reinforce the new way.</w:t>
      </w:r>
    </w:p>
    <w:p w14:paraId="3F150FE2" w14:textId="77777777" w:rsidR="004849B5" w:rsidRDefault="00000000">
      <w:pPr>
        <w:rPr>
          <w:rFonts w:hint="eastAsia"/>
        </w:rPr>
      </w:pPr>
      <w:r>
        <w:t>NE: Unfreezing—पुरानो अवस्थाबाट change का लागि तयार; Changing/Moving—नयाँ behavior/process लागू; Refreezing—नयाँ practice लाई स्थिर बनाउने।</w:t>
      </w:r>
    </w:p>
    <w:p w14:paraId="260F2120" w14:textId="77777777" w:rsidR="004849B5" w:rsidRDefault="00000000">
      <w:pPr>
        <w:rPr>
          <w:rFonts w:hint="eastAsia"/>
        </w:rPr>
      </w:pPr>
      <w:r>
        <w:t>Exam tip: Write the numbered/key points as separate headings and add a short conclusion for long questions.</w:t>
      </w:r>
    </w:p>
    <w:p w14:paraId="2D76A22A" w14:textId="77777777" w:rsidR="004849B5" w:rsidRDefault="00000000">
      <w:pPr>
        <w:rPr>
          <w:rFonts w:hint="eastAsia"/>
        </w:rPr>
      </w:pPr>
      <w:r>
        <w:rPr>
          <w:b/>
        </w:rPr>
        <w:t>Explain the causes of resistance to organizational change.</w:t>
      </w:r>
    </w:p>
    <w:p w14:paraId="3B38016C" w14:textId="77777777" w:rsidR="004849B5" w:rsidRDefault="00000000">
      <w:pPr>
        <w:rPr>
          <w:rFonts w:hint="eastAsia"/>
        </w:rPr>
      </w:pPr>
      <w:r>
        <w:t>EN: Fear of unknown, habit, economic insecurity, status/power loss, lack of trust, poor communication, group norms, structural rigidity, insufficient resources and negative past experience.</w:t>
      </w:r>
    </w:p>
    <w:p w14:paraId="6E9B4FBE" w14:textId="77777777" w:rsidR="004849B5" w:rsidRDefault="00000000">
      <w:pPr>
        <w:rPr>
          <w:rFonts w:hint="eastAsia"/>
        </w:rPr>
      </w:pPr>
      <w:r>
        <w:t>NE: Fear of unknown, habit, economic insecurity, status/power loss, trust कमी, poor communication, group norms, rigidity, resource कमी र past negative experience कारण हुन्।</w:t>
      </w:r>
    </w:p>
    <w:p w14:paraId="574F1F1D" w14:textId="77777777" w:rsidR="004849B5" w:rsidRDefault="00000000">
      <w:pPr>
        <w:rPr>
          <w:rFonts w:hint="eastAsia"/>
        </w:rPr>
      </w:pPr>
      <w:r>
        <w:t>Exam tip: Write the numbered/key points as separate headings and add a short conclusion for long questions.</w:t>
      </w:r>
    </w:p>
    <w:p w14:paraId="11697561" w14:textId="77777777" w:rsidR="004849B5" w:rsidRDefault="00000000">
      <w:pPr>
        <w:rPr>
          <w:rFonts w:hint="eastAsia"/>
        </w:rPr>
      </w:pPr>
      <w:r>
        <w:rPr>
          <w:b/>
        </w:rPr>
        <w:lastRenderedPageBreak/>
        <w:t>Explain the major OD interventions.</w:t>
      </w:r>
    </w:p>
    <w:p w14:paraId="15C8B58D" w14:textId="77777777" w:rsidR="004849B5" w:rsidRDefault="00000000">
      <w:pPr>
        <w:rPr>
          <w:rFonts w:hint="eastAsia"/>
        </w:rPr>
      </w:pPr>
      <w:r>
        <w:t>EN: Major interventions include team building, survey feedback, process consultation, sensitivity training, restructuring, job redesign and intergroup development. They improve relationships, processes, structure, culture and effectiveness.</w:t>
      </w:r>
    </w:p>
    <w:p w14:paraId="4FE99540" w14:textId="77777777" w:rsidR="004849B5" w:rsidRDefault="00000000">
      <w:pPr>
        <w:rPr>
          <w:rFonts w:hint="eastAsia"/>
        </w:rPr>
      </w:pPr>
      <w:r>
        <w:t>NE: Team building, survey feedback, process consultation, sensitivity training, restructuring, job redesign र intergroup development प्रमुख OD interventions हुन्।</w:t>
      </w:r>
    </w:p>
    <w:p w14:paraId="4F0F8679" w14:textId="77777777" w:rsidR="004849B5" w:rsidRDefault="00000000">
      <w:pPr>
        <w:rPr>
          <w:rFonts w:hint="eastAsia"/>
        </w:rPr>
      </w:pPr>
      <w:r>
        <w:t>Exam tip: Write the numbered/key points as separate headings and add a short conclusion for long questions.</w:t>
      </w:r>
    </w:p>
    <w:p w14:paraId="21A6C213" w14:textId="77777777" w:rsidR="004849B5" w:rsidRDefault="00000000">
      <w:pPr>
        <w:rPr>
          <w:rFonts w:hint="eastAsia"/>
        </w:rPr>
      </w:pPr>
      <w:r>
        <w:br w:type="page"/>
      </w:r>
    </w:p>
    <w:p w14:paraId="15701EE2" w14:textId="77777777" w:rsidR="004849B5" w:rsidRDefault="00000000">
      <w:pPr>
        <w:pStyle w:val="Heading1"/>
      </w:pPr>
      <w:r>
        <w:lastRenderedPageBreak/>
        <w:t>PART 2 – HUMAN RESOURCE MANAGEMENT</w:t>
      </w:r>
    </w:p>
    <w:p w14:paraId="095D7EA0" w14:textId="77777777" w:rsidR="004849B5" w:rsidRDefault="00000000">
      <w:pPr>
        <w:pStyle w:val="Heading2"/>
      </w:pPr>
      <w:r>
        <w:t>Chapter 1: Introduction to Human Resource Management</w:t>
      </w:r>
    </w:p>
    <w:p w14:paraId="62CF6E47" w14:textId="77777777" w:rsidR="004849B5" w:rsidRDefault="00000000">
      <w:pPr>
        <w:rPr>
          <w:rFonts w:hint="eastAsia"/>
        </w:rPr>
      </w:pPr>
      <w:r>
        <w:rPr>
          <w:b/>
        </w:rPr>
        <w:t>Define Human Resource Management. Explain the challenges of HRM. — 2076</w:t>
      </w:r>
    </w:p>
    <w:p w14:paraId="4AC695CD" w14:textId="77777777" w:rsidR="004849B5" w:rsidRDefault="00000000">
      <w:pPr>
        <w:rPr>
          <w:rFonts w:hint="eastAsia"/>
        </w:rPr>
      </w:pPr>
      <w:r>
        <w:t>EN: HRM is the process of acquiring, developing, utilizing, maintaining and retaining people to achieve organizational goals. Challenges include technology, diversity, globalization, talent retention, changing expectations, skill gaps, ethics, legal compliance and employee engagement.</w:t>
      </w:r>
    </w:p>
    <w:p w14:paraId="3F6DA48D" w14:textId="77777777" w:rsidR="004849B5" w:rsidRDefault="00000000">
      <w:pPr>
        <w:rPr>
          <w:rFonts w:hint="eastAsia"/>
        </w:rPr>
      </w:pPr>
      <w:r>
        <w:t>NE: HRM भनेको organizational goal हासिल गर्न people acquire, develop, utilize, maintain र retain गर्ने process हो।</w:t>
      </w:r>
    </w:p>
    <w:p w14:paraId="6C4E8F36" w14:textId="77777777" w:rsidR="004849B5" w:rsidRDefault="00000000">
      <w:pPr>
        <w:rPr>
          <w:rFonts w:hint="eastAsia"/>
        </w:rPr>
      </w:pPr>
      <w:r>
        <w:t>Exam tip: Write the numbered/key points as separate headings and add a short conclusion for long questions.</w:t>
      </w:r>
    </w:p>
    <w:p w14:paraId="1CD8EA3A" w14:textId="77777777" w:rsidR="004849B5" w:rsidRDefault="00000000">
      <w:pPr>
        <w:rPr>
          <w:rFonts w:hint="eastAsia"/>
        </w:rPr>
      </w:pPr>
      <w:r>
        <w:rPr>
          <w:b/>
        </w:rPr>
        <w:t>List out any two objectives of HRM. — 2079</w:t>
      </w:r>
    </w:p>
    <w:p w14:paraId="489E8438" w14:textId="77777777" w:rsidR="004849B5" w:rsidRDefault="00000000">
      <w:pPr>
        <w:rPr>
          <w:rFonts w:hint="eastAsia"/>
        </w:rPr>
      </w:pPr>
      <w:r>
        <w:t>EN: (1) Effective utilization of human resources. (2) Development and maintenance of competent and motivated employees.</w:t>
      </w:r>
    </w:p>
    <w:p w14:paraId="04432752" w14:textId="77777777" w:rsidR="004849B5" w:rsidRDefault="00000000">
      <w:pPr>
        <w:rPr>
          <w:rFonts w:hint="eastAsia"/>
        </w:rPr>
      </w:pPr>
      <w:r>
        <w:t>NE: (१) Human resources को effective utilization। (२) Competent र motivated employee को development/maintenance।</w:t>
      </w:r>
    </w:p>
    <w:p w14:paraId="1F483980" w14:textId="77777777" w:rsidR="004849B5" w:rsidRDefault="00000000">
      <w:pPr>
        <w:rPr>
          <w:rFonts w:hint="eastAsia"/>
        </w:rPr>
      </w:pPr>
      <w:r>
        <w:t>Exam tip: Write the numbered/key points as separate headings and add a short conclusion for long questions.</w:t>
      </w:r>
    </w:p>
    <w:p w14:paraId="30D2ACA2" w14:textId="77777777" w:rsidR="004849B5" w:rsidRDefault="00000000">
      <w:pPr>
        <w:rPr>
          <w:rFonts w:hint="eastAsia"/>
        </w:rPr>
      </w:pPr>
      <w:r>
        <w:rPr>
          <w:b/>
        </w:rPr>
        <w:t>What do you mean by Human Resource Management System? — 2080</w:t>
      </w:r>
    </w:p>
    <w:p w14:paraId="1D35811F" w14:textId="77777777" w:rsidR="004849B5" w:rsidRDefault="00000000">
      <w:pPr>
        <w:rPr>
          <w:rFonts w:hint="eastAsia"/>
        </w:rPr>
      </w:pPr>
      <w:r>
        <w:t>EN: HRM system is an integrated set of policies, practices, procedures and information processes for managing employees. It links planning, recruitment, selection, training, performance, rewards and employee relations.</w:t>
      </w:r>
    </w:p>
    <w:p w14:paraId="28A73391" w14:textId="77777777" w:rsidR="004849B5" w:rsidRDefault="00000000">
      <w:pPr>
        <w:rPr>
          <w:rFonts w:hint="eastAsia"/>
        </w:rPr>
      </w:pPr>
      <w:r>
        <w:t>NE: HRM system कर्मचारी management का integrated policy, practice, procedure र information process को प्रणाली हो।</w:t>
      </w:r>
    </w:p>
    <w:p w14:paraId="31720915" w14:textId="77777777" w:rsidR="004849B5" w:rsidRDefault="00000000">
      <w:pPr>
        <w:rPr>
          <w:rFonts w:hint="eastAsia"/>
        </w:rPr>
      </w:pPr>
      <w:r>
        <w:t>Exam tip: Write the numbered/key points as separate headings and add a short conclusion for long questions.</w:t>
      </w:r>
    </w:p>
    <w:p w14:paraId="7ED34870" w14:textId="77777777" w:rsidR="004849B5" w:rsidRDefault="00000000">
      <w:pPr>
        <w:rPr>
          <w:rFonts w:hint="eastAsia"/>
        </w:rPr>
      </w:pPr>
      <w:r>
        <w:rPr>
          <w:b/>
        </w:rPr>
        <w:t>HRM is a system which is to be followed while managing people in an organization. Discuss. — 2081</w:t>
      </w:r>
    </w:p>
    <w:p w14:paraId="0A8EDA6A" w14:textId="77777777" w:rsidR="004849B5" w:rsidRDefault="00000000">
      <w:pPr>
        <w:rPr>
          <w:rFonts w:hint="eastAsia"/>
        </w:rPr>
      </w:pPr>
      <w:r>
        <w:t>EN: HRM is a system because its functions are interrelated. Planning identifies people needs; recruitment/selection acquire them; training develops them; appraisal evaluates them; rewards motivate them; maintenance and relations retain them. A weakness in one component can affect others.</w:t>
      </w:r>
    </w:p>
    <w:p w14:paraId="255DD360" w14:textId="77777777" w:rsidR="004849B5" w:rsidRDefault="00000000">
      <w:pPr>
        <w:rPr>
          <w:rFonts w:hint="eastAsia"/>
        </w:rPr>
      </w:pPr>
      <w:r>
        <w:t>NE: HRM system हो किनकि planning, recruitment, selection, training, appraisal, reward र maintenance एकअर्कासँग linked छन्।</w:t>
      </w:r>
    </w:p>
    <w:p w14:paraId="1B82CC90" w14:textId="77777777" w:rsidR="004849B5" w:rsidRDefault="00000000">
      <w:pPr>
        <w:rPr>
          <w:rFonts w:hint="eastAsia"/>
        </w:rPr>
      </w:pPr>
      <w:r>
        <w:t>Exam tip: Write the numbered/key points as separate headings and add a short conclusion for long questions.</w:t>
      </w:r>
    </w:p>
    <w:p w14:paraId="03EE7D1E" w14:textId="77777777" w:rsidR="004849B5" w:rsidRDefault="00000000">
      <w:pPr>
        <w:rPr>
          <w:rFonts w:hint="eastAsia"/>
        </w:rPr>
      </w:pPr>
      <w:r>
        <w:rPr>
          <w:b/>
        </w:rPr>
        <w:t>What is Human Resource Planning? — 2082</w:t>
      </w:r>
    </w:p>
    <w:p w14:paraId="6F42A257" w14:textId="77777777" w:rsidR="004849B5" w:rsidRDefault="00000000">
      <w:pPr>
        <w:rPr>
          <w:rFonts w:hint="eastAsia"/>
        </w:rPr>
      </w:pPr>
      <w:r>
        <w:t>EN: HRP is the process of forecasting future human resource requirements and determining how those requirements will be met.</w:t>
      </w:r>
    </w:p>
    <w:p w14:paraId="6A5AD784" w14:textId="77777777" w:rsidR="004849B5" w:rsidRDefault="00000000">
      <w:pPr>
        <w:rPr>
          <w:rFonts w:hint="eastAsia"/>
        </w:rPr>
      </w:pPr>
      <w:r>
        <w:lastRenderedPageBreak/>
        <w:t>NE: HRP भविष्यमा आवश्यक human resources को संख्या/प्रकार forecast गरी आवश्यकता कसरी पूरा गर्ने भन्ने planning process हो।</w:t>
      </w:r>
    </w:p>
    <w:p w14:paraId="3A0AE328" w14:textId="77777777" w:rsidR="004849B5" w:rsidRDefault="00000000">
      <w:pPr>
        <w:rPr>
          <w:rFonts w:hint="eastAsia"/>
        </w:rPr>
      </w:pPr>
      <w:r>
        <w:t>Exam tip: Write the numbered/key points as separate headings and add a short conclusion for long questions.</w:t>
      </w:r>
    </w:p>
    <w:p w14:paraId="4EB94734" w14:textId="77777777" w:rsidR="004849B5" w:rsidRDefault="00000000">
      <w:pPr>
        <w:rPr>
          <w:rFonts w:hint="eastAsia"/>
        </w:rPr>
      </w:pPr>
      <w:r>
        <w:rPr>
          <w:b/>
        </w:rPr>
        <w:t>Explain the concept, nature and importance of HRM.</w:t>
      </w:r>
    </w:p>
    <w:p w14:paraId="34ED6F48" w14:textId="77777777" w:rsidR="004849B5" w:rsidRDefault="00000000">
      <w:pPr>
        <w:rPr>
          <w:rFonts w:hint="eastAsia"/>
        </w:rPr>
      </w:pPr>
      <w:r>
        <w:t>EN: HRM manages people for organizational and individual goals. Nature: people-oriented, continuous, pervasive, strategic, development-oriented and integrated. Importance: right people, motivation, performance, development, relations and competitive advantage.</w:t>
      </w:r>
    </w:p>
    <w:p w14:paraId="13D2EB62" w14:textId="77777777" w:rsidR="004849B5" w:rsidRDefault="00000000">
      <w:pPr>
        <w:rPr>
          <w:rFonts w:hint="eastAsia"/>
        </w:rPr>
      </w:pPr>
      <w:r>
        <w:t>NE: HRM people-oriented, continuous, pervasive, strategic र integrated function हो।</w:t>
      </w:r>
    </w:p>
    <w:p w14:paraId="1D9CDA5B" w14:textId="77777777" w:rsidR="004849B5" w:rsidRDefault="00000000">
      <w:pPr>
        <w:rPr>
          <w:rFonts w:hint="eastAsia"/>
        </w:rPr>
      </w:pPr>
      <w:r>
        <w:t>Exam tip: Write the numbered/key points as separate headings and add a short conclusion for long questions.</w:t>
      </w:r>
    </w:p>
    <w:p w14:paraId="2571A10A" w14:textId="77777777" w:rsidR="004849B5" w:rsidRDefault="00000000">
      <w:pPr>
        <w:rPr>
          <w:rFonts w:hint="eastAsia"/>
        </w:rPr>
      </w:pPr>
      <w:r>
        <w:rPr>
          <w:b/>
        </w:rPr>
        <w:t>Explain the major functions of HRM.</w:t>
      </w:r>
    </w:p>
    <w:p w14:paraId="133BB728" w14:textId="77777777" w:rsidR="004849B5" w:rsidRDefault="00000000">
      <w:pPr>
        <w:rPr>
          <w:rFonts w:hint="eastAsia"/>
        </w:rPr>
      </w:pPr>
      <w:r>
        <w:t>EN: HR planning, job analysis/design, recruitment, selection, placement, orientation, training/development, performance appraisal, compensation/reward, discipline, grievance handling, health/safety, employee relations and separation.</w:t>
      </w:r>
    </w:p>
    <w:p w14:paraId="74EE27AF" w14:textId="77777777" w:rsidR="004849B5" w:rsidRDefault="00000000">
      <w:pPr>
        <w:rPr>
          <w:rFonts w:hint="eastAsia"/>
        </w:rPr>
      </w:pPr>
      <w:r>
        <w:t>NE: HR planning, job analysis/design, recruitment, selection, placement, training, appraisal, compensation, discipline, grievance, safety, relations र separation प्रमुख functions हुन्।</w:t>
      </w:r>
    </w:p>
    <w:p w14:paraId="6F756094" w14:textId="77777777" w:rsidR="004849B5" w:rsidRDefault="00000000">
      <w:pPr>
        <w:rPr>
          <w:rFonts w:hint="eastAsia"/>
        </w:rPr>
      </w:pPr>
      <w:r>
        <w:t>Exam tip: Write the numbered/key points as separate headings and add a short conclusion for long questions.</w:t>
      </w:r>
    </w:p>
    <w:p w14:paraId="0506FF49" w14:textId="77777777" w:rsidR="004849B5" w:rsidRDefault="00000000">
      <w:pPr>
        <w:rPr>
          <w:rFonts w:hint="eastAsia"/>
        </w:rPr>
      </w:pPr>
      <w:r>
        <w:rPr>
          <w:b/>
        </w:rPr>
        <w:t>Explain the HRM system and its components.</w:t>
      </w:r>
    </w:p>
    <w:p w14:paraId="787C4E2F" w14:textId="77777777" w:rsidR="004849B5" w:rsidRDefault="00000000">
      <w:pPr>
        <w:rPr>
          <w:rFonts w:hint="eastAsia"/>
        </w:rPr>
      </w:pPr>
      <w:r>
        <w:t>EN: Components include HR planning; job analysis/design; recruitment/selection; training/development; performance management; compensation/rewards; employee relations/maintenance; separation and HR information. These are integrated with organizational strategy.</w:t>
      </w:r>
    </w:p>
    <w:p w14:paraId="53D069E4" w14:textId="77777777" w:rsidR="004849B5" w:rsidRDefault="00000000">
      <w:pPr>
        <w:rPr>
          <w:rFonts w:hint="eastAsia"/>
        </w:rPr>
      </w:pPr>
      <w:r>
        <w:t>NE: HR planning, job analysis/design, recruitment/selection, training/development, performance, reward, employee relations, separation र HR information components हुन्।</w:t>
      </w:r>
    </w:p>
    <w:p w14:paraId="7D7B43BD" w14:textId="77777777" w:rsidR="004849B5" w:rsidRDefault="00000000">
      <w:pPr>
        <w:rPr>
          <w:rFonts w:hint="eastAsia"/>
        </w:rPr>
      </w:pPr>
      <w:r>
        <w:t>Exam tip: Write the numbered/key points as separate headings and add a short conclusion for long questions.</w:t>
      </w:r>
    </w:p>
    <w:p w14:paraId="7CE2A9C9" w14:textId="77777777" w:rsidR="004849B5" w:rsidRDefault="00000000">
      <w:pPr>
        <w:rPr>
          <w:rFonts w:hint="eastAsia"/>
        </w:rPr>
      </w:pPr>
      <w:r>
        <w:rPr>
          <w:b/>
        </w:rPr>
        <w:t>Explain the major challenges of Human Resource Management.</w:t>
      </w:r>
    </w:p>
    <w:p w14:paraId="1E98753D" w14:textId="77777777" w:rsidR="004849B5" w:rsidRDefault="00000000">
      <w:pPr>
        <w:rPr>
          <w:rFonts w:hint="eastAsia"/>
        </w:rPr>
      </w:pPr>
      <w:r>
        <w:t>EN: Technology, globalization, workforce diversity, skill shortages, talent retention, engagement, changing expectations, legal/ethical requirements, remote work and cost pressure are major challenges.</w:t>
      </w:r>
    </w:p>
    <w:p w14:paraId="59D66A51" w14:textId="77777777" w:rsidR="004849B5" w:rsidRDefault="00000000">
      <w:pPr>
        <w:rPr>
          <w:rFonts w:hint="eastAsia"/>
        </w:rPr>
      </w:pPr>
      <w:r>
        <w:t>NE: Technology, globalization, diversity, skill shortage, talent retention, engagement, expectation change, legal/ethical issues, remote work र cost pressure challenges हुन्।</w:t>
      </w:r>
    </w:p>
    <w:p w14:paraId="11B9985E" w14:textId="77777777" w:rsidR="004849B5" w:rsidRDefault="00000000">
      <w:pPr>
        <w:rPr>
          <w:rFonts w:hint="eastAsia"/>
        </w:rPr>
      </w:pPr>
      <w:r>
        <w:t>Exam tip: Write the numbered/key points as separate headings and add a short conclusion for long questions.</w:t>
      </w:r>
    </w:p>
    <w:p w14:paraId="18171A0E" w14:textId="77777777" w:rsidR="004849B5" w:rsidRDefault="00000000">
      <w:pPr>
        <w:rPr>
          <w:rFonts w:hint="eastAsia"/>
        </w:rPr>
      </w:pPr>
      <w:r>
        <w:rPr>
          <w:b/>
        </w:rPr>
        <w:t>Explain the role of HRM in achieving organizational objectives.</w:t>
      </w:r>
    </w:p>
    <w:p w14:paraId="494F3EA3" w14:textId="77777777" w:rsidR="004849B5" w:rsidRDefault="00000000">
      <w:pPr>
        <w:rPr>
          <w:rFonts w:hint="eastAsia"/>
        </w:rPr>
      </w:pPr>
      <w:r>
        <w:lastRenderedPageBreak/>
        <w:t>EN: HRM provides the right people, skills and motivation; aligns staffing with strategy; develops capability; rewards performance; maintains relations and supports change. It contributes to productivity, quality, innovation and retention.</w:t>
      </w:r>
    </w:p>
    <w:p w14:paraId="0022CBDC" w14:textId="77777777" w:rsidR="004849B5" w:rsidRDefault="00000000">
      <w:pPr>
        <w:rPr>
          <w:rFonts w:hint="eastAsia"/>
        </w:rPr>
      </w:pPr>
      <w:r>
        <w:t>NE: HRM ले right people/skill/motivation उपलब्ध गराई strategy alignment, development, reward, relations र change support गर्छ।</w:t>
      </w:r>
    </w:p>
    <w:p w14:paraId="51F365D4" w14:textId="77777777" w:rsidR="004849B5" w:rsidRDefault="00000000">
      <w:pPr>
        <w:rPr>
          <w:rFonts w:hint="eastAsia"/>
        </w:rPr>
      </w:pPr>
      <w:r>
        <w:t>Exam tip: Write the numbered/key points as separate headings and add a short conclusion for long questions.</w:t>
      </w:r>
    </w:p>
    <w:p w14:paraId="0196449F" w14:textId="77777777" w:rsidR="004849B5" w:rsidRDefault="00000000">
      <w:pPr>
        <w:pStyle w:val="Heading2"/>
      </w:pPr>
      <w:r>
        <w:t>Chapter 2: Job Design and Job Analysis</w:t>
      </w:r>
    </w:p>
    <w:p w14:paraId="7CD33803" w14:textId="77777777" w:rsidR="004849B5" w:rsidRDefault="00000000">
      <w:pPr>
        <w:rPr>
          <w:rFonts w:hint="eastAsia"/>
        </w:rPr>
      </w:pPr>
      <w:r>
        <w:rPr>
          <w:b/>
        </w:rPr>
        <w:t>Define job specification. — 2078, 2082</w:t>
      </w:r>
    </w:p>
    <w:p w14:paraId="4E18CA65" w14:textId="77777777" w:rsidR="004849B5" w:rsidRDefault="00000000">
      <w:pPr>
        <w:rPr>
          <w:rFonts w:hint="eastAsia"/>
        </w:rPr>
      </w:pPr>
      <w:r>
        <w:t>EN: Job specification states the human qualifications required for successful job performance, such as education, experience, skills, knowledge, abilities and characteristics.</w:t>
      </w:r>
    </w:p>
    <w:p w14:paraId="28195B16" w14:textId="77777777" w:rsidR="004849B5" w:rsidRDefault="00000000">
      <w:pPr>
        <w:rPr>
          <w:rFonts w:hint="eastAsia"/>
        </w:rPr>
      </w:pPr>
      <w:r>
        <w:t>NE: Job specification ले job गर्न आवश्यक education, experience, skills, knowledge, abilities र characteristics बताउँछ।</w:t>
      </w:r>
    </w:p>
    <w:p w14:paraId="6FC81F06" w14:textId="77777777" w:rsidR="004849B5" w:rsidRDefault="00000000">
      <w:pPr>
        <w:rPr>
          <w:rFonts w:hint="eastAsia"/>
        </w:rPr>
      </w:pPr>
      <w:r>
        <w:t>Exam tip: Write the numbered/key points as separate headings and add a short conclusion for long questions.</w:t>
      </w:r>
    </w:p>
    <w:p w14:paraId="6B5B26AF" w14:textId="77777777" w:rsidR="004849B5" w:rsidRDefault="00000000">
      <w:pPr>
        <w:rPr>
          <w:rFonts w:hint="eastAsia"/>
        </w:rPr>
      </w:pPr>
      <w:r>
        <w:rPr>
          <w:b/>
        </w:rPr>
        <w:t>What are the purposes of job analysis? Discuss the components of job description and job specification with suitable example. — 2076</w:t>
      </w:r>
    </w:p>
    <w:p w14:paraId="22E7EB02" w14:textId="77777777" w:rsidR="004849B5" w:rsidRDefault="00000000">
      <w:pPr>
        <w:rPr>
          <w:rFonts w:hint="eastAsia"/>
        </w:rPr>
      </w:pPr>
      <w:r>
        <w:t>EN: Job analysis systematically collects information about duties, responsibilities and requirements. Uses: recruitment, selection, training, appraisal, compensation and job design. Job description includes title, duties, responsibility, reporting and conditions; job specification includes education, experience, skills, knowledge and abilities. Example: Office Assistant—data entry, filing, correspondence; requires computer skill, communication and relevant education.</w:t>
      </w:r>
    </w:p>
    <w:p w14:paraId="362F60B4" w14:textId="77777777" w:rsidR="004849B5" w:rsidRDefault="00000000">
      <w:pPr>
        <w:rPr>
          <w:rFonts w:hint="eastAsia"/>
        </w:rPr>
      </w:pPr>
      <w:r>
        <w:t>NE: Job analysis ले duties/responsibilities/requirements को जानकारी दिन्छ। Description मा job सम्बन्धी कुरा; specification मा person सम्बन्धी qualification हुन्छ।</w:t>
      </w:r>
    </w:p>
    <w:p w14:paraId="529D9CFA" w14:textId="77777777" w:rsidR="004849B5" w:rsidRDefault="00000000">
      <w:pPr>
        <w:rPr>
          <w:rFonts w:hint="eastAsia"/>
        </w:rPr>
      </w:pPr>
      <w:r>
        <w:t>Exam tip: Write the numbered/key points as separate headings and add a short conclusion for long questions.</w:t>
      </w:r>
    </w:p>
    <w:p w14:paraId="039BF685" w14:textId="77777777" w:rsidR="004849B5" w:rsidRDefault="00000000">
      <w:pPr>
        <w:rPr>
          <w:rFonts w:hint="eastAsia"/>
        </w:rPr>
      </w:pPr>
      <w:r>
        <w:rPr>
          <w:b/>
        </w:rPr>
        <w:t>Point out any two sources of job analysis information. — 2080</w:t>
      </w:r>
    </w:p>
    <w:p w14:paraId="114CFBAD" w14:textId="77777777" w:rsidR="004849B5" w:rsidRDefault="00000000">
      <w:pPr>
        <w:rPr>
          <w:rFonts w:hint="eastAsia"/>
        </w:rPr>
      </w:pPr>
      <w:r>
        <w:t>EN: Two sources are job incumbents and supervisors/managers. Other sources include observation, documents and experts.</w:t>
      </w:r>
    </w:p>
    <w:p w14:paraId="515FC788" w14:textId="77777777" w:rsidR="004849B5" w:rsidRDefault="00000000">
      <w:pPr>
        <w:rPr>
          <w:rFonts w:hint="eastAsia"/>
        </w:rPr>
      </w:pPr>
      <w:r>
        <w:t>NE: Job incumbent र supervisor/manager दुई प्रमुख sources हुन्।</w:t>
      </w:r>
    </w:p>
    <w:p w14:paraId="62768246" w14:textId="77777777" w:rsidR="004849B5" w:rsidRDefault="00000000">
      <w:pPr>
        <w:rPr>
          <w:rFonts w:hint="eastAsia"/>
        </w:rPr>
      </w:pPr>
      <w:r>
        <w:t>Exam tip: Write the numbered/key points as separate headings and add a short conclusion for long questions.</w:t>
      </w:r>
    </w:p>
    <w:p w14:paraId="77709769" w14:textId="77777777" w:rsidR="004849B5" w:rsidRDefault="00000000">
      <w:pPr>
        <w:rPr>
          <w:rFonts w:hint="eastAsia"/>
        </w:rPr>
      </w:pPr>
      <w:r>
        <w:rPr>
          <w:b/>
        </w:rPr>
        <w:t>Write four components of job analysis. — 2081</w:t>
      </w:r>
    </w:p>
    <w:p w14:paraId="356D8B22" w14:textId="77777777" w:rsidR="004849B5" w:rsidRDefault="00000000">
      <w:pPr>
        <w:rPr>
          <w:rFonts w:hint="eastAsia"/>
        </w:rPr>
      </w:pPr>
      <w:r>
        <w:t>EN: Job tasks/duties, responsibilities, required qualifications and working conditions.</w:t>
      </w:r>
    </w:p>
    <w:p w14:paraId="467F7815" w14:textId="77777777" w:rsidR="004849B5" w:rsidRDefault="00000000">
      <w:pPr>
        <w:rPr>
          <w:rFonts w:hint="eastAsia"/>
        </w:rPr>
      </w:pPr>
      <w:r>
        <w:t>NE: Tasks/duties, responsibilities, required qualifications र working conditions।</w:t>
      </w:r>
    </w:p>
    <w:p w14:paraId="232EAA94" w14:textId="77777777" w:rsidR="004849B5" w:rsidRDefault="00000000">
      <w:pPr>
        <w:rPr>
          <w:rFonts w:hint="eastAsia"/>
        </w:rPr>
      </w:pPr>
      <w:r>
        <w:t>Exam tip: Write the numbered/key points as separate headings and add a short conclusion for long questions.</w:t>
      </w:r>
    </w:p>
    <w:p w14:paraId="5052A749" w14:textId="77777777" w:rsidR="004849B5" w:rsidRDefault="00000000">
      <w:pPr>
        <w:rPr>
          <w:rFonts w:hint="eastAsia"/>
        </w:rPr>
      </w:pPr>
      <w:r>
        <w:rPr>
          <w:b/>
        </w:rPr>
        <w:lastRenderedPageBreak/>
        <w:t>State and explain the different methods of job design. — 2080</w:t>
      </w:r>
    </w:p>
    <w:p w14:paraId="0DE88C37" w14:textId="77777777" w:rsidR="004849B5" w:rsidRDefault="00000000">
      <w:pPr>
        <w:rPr>
          <w:rFonts w:hint="eastAsia"/>
        </w:rPr>
      </w:pPr>
      <w:r>
        <w:t>EN: Job simplification divides work into specialized tasks; job rotation moves employees among jobs; enlargement adds horizontal tasks; enrichment adds autonomy/responsibility; team-based design organizes work around teams; flexible design allows suitable flexibility.</w:t>
      </w:r>
    </w:p>
    <w:p w14:paraId="2D57D4A7" w14:textId="77777777" w:rsidR="004849B5" w:rsidRDefault="00000000">
      <w:pPr>
        <w:rPr>
          <w:rFonts w:hint="eastAsia"/>
        </w:rPr>
      </w:pPr>
      <w:r>
        <w:t>NE: Simplification, rotation, enlargement, enrichment, team-based र flexible design प्रमुख methods हुन्।</w:t>
      </w:r>
    </w:p>
    <w:p w14:paraId="1D85C6C3" w14:textId="77777777" w:rsidR="004849B5" w:rsidRDefault="00000000">
      <w:pPr>
        <w:rPr>
          <w:rFonts w:hint="eastAsia"/>
        </w:rPr>
      </w:pPr>
      <w:r>
        <w:t>Exam tip: Write the numbered/key points as separate headings and add a short conclusion for long questions.</w:t>
      </w:r>
    </w:p>
    <w:p w14:paraId="3026F43E" w14:textId="77777777" w:rsidR="004849B5" w:rsidRDefault="00000000">
      <w:pPr>
        <w:rPr>
          <w:rFonts w:hint="eastAsia"/>
        </w:rPr>
      </w:pPr>
      <w:r>
        <w:rPr>
          <w:b/>
        </w:rPr>
        <w:t>Prepare a job design for the post of office assistant. — 2081</w:t>
      </w:r>
    </w:p>
    <w:p w14:paraId="6174BA59" w14:textId="77777777" w:rsidR="004849B5" w:rsidRDefault="00000000">
      <w:pPr>
        <w:rPr>
          <w:rFonts w:hint="eastAsia"/>
        </w:rPr>
      </w:pPr>
      <w:r>
        <w:t>EN: Post: Office Assistant. Purpose: administrative/clerical support. Tasks: visitor handling, calls, filing, data entry, scanning/photocopying, correspondence, records and coordination. Responsibilities: accuracy, confidentiality and timely work. Skills: computer, communication and organization. Reports to Administrative Officer.</w:t>
      </w:r>
    </w:p>
    <w:p w14:paraId="561DE1A4" w14:textId="77777777" w:rsidR="004849B5" w:rsidRDefault="00000000">
      <w:pPr>
        <w:rPr>
          <w:rFonts w:hint="eastAsia"/>
        </w:rPr>
      </w:pPr>
      <w:r>
        <w:t>NE: Office Assistant को काम visitor handling, phone, filing, data entry, scanning, correspondence, record र coordination हो। Computer, communication र organization skill चाहिन्छ।</w:t>
      </w:r>
    </w:p>
    <w:p w14:paraId="53662D57" w14:textId="77777777" w:rsidR="004849B5" w:rsidRDefault="00000000">
      <w:pPr>
        <w:rPr>
          <w:rFonts w:hint="eastAsia"/>
        </w:rPr>
      </w:pPr>
      <w:r>
        <w:t>Exam tip: Write the numbered/key points as separate headings and add a short conclusion for long questions.</w:t>
      </w:r>
    </w:p>
    <w:p w14:paraId="11E63781" w14:textId="77777777" w:rsidR="004849B5" w:rsidRDefault="00000000">
      <w:pPr>
        <w:rPr>
          <w:rFonts w:hint="eastAsia"/>
        </w:rPr>
      </w:pPr>
      <w:r>
        <w:rPr>
          <w:b/>
        </w:rPr>
        <w:t>Define job analysis and explain its importance.</w:t>
      </w:r>
    </w:p>
    <w:p w14:paraId="47EBFB9F" w14:textId="77777777" w:rsidR="004849B5" w:rsidRDefault="00000000">
      <w:pPr>
        <w:rPr>
          <w:rFonts w:hint="eastAsia"/>
        </w:rPr>
      </w:pPr>
      <w:r>
        <w:t>EN: Job analysis is systematic collection of job duties, responsibilities, tasks and requirements. It supports recruitment, selection, training, appraisal, compensation, job design and HR planning.</w:t>
      </w:r>
    </w:p>
    <w:p w14:paraId="4320DF99" w14:textId="77777777" w:rsidR="004849B5" w:rsidRDefault="00000000">
      <w:pPr>
        <w:rPr>
          <w:rFonts w:hint="eastAsia"/>
        </w:rPr>
      </w:pPr>
      <w:r>
        <w:t>NE: Job analysis job का duties, responsibilities, tasks र requirements को systematic study हो।</w:t>
      </w:r>
    </w:p>
    <w:p w14:paraId="5F2ECC71" w14:textId="77777777" w:rsidR="004849B5" w:rsidRDefault="00000000">
      <w:pPr>
        <w:rPr>
          <w:rFonts w:hint="eastAsia"/>
        </w:rPr>
      </w:pPr>
      <w:r>
        <w:t>Exam tip: Write the numbered/key points as separate headings and add a short conclusion for long questions.</w:t>
      </w:r>
    </w:p>
    <w:p w14:paraId="2165FF6B" w14:textId="77777777" w:rsidR="004849B5" w:rsidRDefault="00000000">
      <w:pPr>
        <w:rPr>
          <w:rFonts w:hint="eastAsia"/>
        </w:rPr>
      </w:pPr>
      <w:r>
        <w:rPr>
          <w:b/>
        </w:rPr>
        <w:t>Differentiate between job description and job specification.</w:t>
      </w:r>
    </w:p>
    <w:p w14:paraId="610462B8" w14:textId="77777777" w:rsidR="004849B5" w:rsidRDefault="00000000">
      <w:pPr>
        <w:rPr>
          <w:rFonts w:hint="eastAsia"/>
        </w:rPr>
      </w:pPr>
      <w:r>
        <w:t>EN: Job description explains what the job contains—duties, responsibilities, reporting and conditions. Job specification explains what the person needs—education, experience, skills, knowledge and abilities. In short: Description = job; Specification = person.</w:t>
      </w:r>
    </w:p>
    <w:p w14:paraId="004C0530" w14:textId="77777777" w:rsidR="004849B5" w:rsidRDefault="00000000">
      <w:pPr>
        <w:rPr>
          <w:rFonts w:hint="eastAsia"/>
        </w:rPr>
      </w:pPr>
      <w:r>
        <w:t>NE: Job description = job मा के गर्ने; job specification = job गर्न कस्तो व्यक्ति चाहिने।</w:t>
      </w:r>
    </w:p>
    <w:p w14:paraId="7F6FBBD4" w14:textId="77777777" w:rsidR="004849B5" w:rsidRDefault="00000000">
      <w:pPr>
        <w:rPr>
          <w:rFonts w:hint="eastAsia"/>
        </w:rPr>
      </w:pPr>
      <w:r>
        <w:t>Exam tip: Write the numbered/key points as separate headings and add a short conclusion for long questions.</w:t>
      </w:r>
    </w:p>
    <w:p w14:paraId="7C85B976" w14:textId="77777777" w:rsidR="004849B5" w:rsidRDefault="00000000">
      <w:pPr>
        <w:rPr>
          <w:rFonts w:hint="eastAsia"/>
        </w:rPr>
      </w:pPr>
      <w:r>
        <w:rPr>
          <w:b/>
        </w:rPr>
        <w:t>Explain the methods of collecting job analysis information.</w:t>
      </w:r>
    </w:p>
    <w:p w14:paraId="3128DF6D" w14:textId="77777777" w:rsidR="004849B5" w:rsidRDefault="00000000">
      <w:pPr>
        <w:rPr>
          <w:rFonts w:hint="eastAsia"/>
        </w:rPr>
      </w:pPr>
      <w:r>
        <w:t>EN: Observation, interviews, questionnaires, employee diaries/logs, technical conferences and existing documents/records are common methods. Combining methods improves completeness.</w:t>
      </w:r>
    </w:p>
    <w:p w14:paraId="0810204F" w14:textId="77777777" w:rsidR="004849B5" w:rsidRDefault="00000000">
      <w:pPr>
        <w:rPr>
          <w:rFonts w:hint="eastAsia"/>
        </w:rPr>
      </w:pPr>
      <w:r>
        <w:t>NE: Observation, interview, questionnaire, diary/log, technical conference र records प्रमुख methods हुन्।</w:t>
      </w:r>
    </w:p>
    <w:p w14:paraId="6DB423A7" w14:textId="77777777" w:rsidR="004849B5" w:rsidRDefault="00000000">
      <w:pPr>
        <w:rPr>
          <w:rFonts w:hint="eastAsia"/>
        </w:rPr>
      </w:pPr>
      <w:r>
        <w:t>Exam tip: Write the numbered/key points as separate headings and add a short conclusion for long questions.</w:t>
      </w:r>
    </w:p>
    <w:p w14:paraId="32C8BD46" w14:textId="77777777" w:rsidR="004849B5" w:rsidRDefault="00000000">
      <w:pPr>
        <w:rPr>
          <w:rFonts w:hint="eastAsia"/>
        </w:rPr>
      </w:pPr>
      <w:r>
        <w:rPr>
          <w:b/>
        </w:rPr>
        <w:t>Explain the major approaches/methods of job design.</w:t>
      </w:r>
    </w:p>
    <w:p w14:paraId="5A11E6CB" w14:textId="77777777" w:rsidR="004849B5" w:rsidRDefault="00000000">
      <w:pPr>
        <w:rPr>
          <w:rFonts w:hint="eastAsia"/>
        </w:rPr>
      </w:pPr>
      <w:r>
        <w:lastRenderedPageBreak/>
        <w:t>EN: Major approaches are simplification, rotation, enlargement, enrichment, team-based and flexible work design. Choice depends on technology, skill, motivation, safety and strategy.</w:t>
      </w:r>
    </w:p>
    <w:p w14:paraId="7BCFD4B5" w14:textId="77777777" w:rsidR="004849B5" w:rsidRDefault="00000000">
      <w:pPr>
        <w:rPr>
          <w:rFonts w:hint="eastAsia"/>
        </w:rPr>
      </w:pPr>
      <w:r>
        <w:t>NE: Simplification, rotation, enlargement, enrichment, team-based र flexible design प्रमुख approaches हुन्।</w:t>
      </w:r>
    </w:p>
    <w:p w14:paraId="6F201139" w14:textId="77777777" w:rsidR="004849B5" w:rsidRDefault="00000000">
      <w:pPr>
        <w:rPr>
          <w:rFonts w:hint="eastAsia"/>
        </w:rPr>
      </w:pPr>
      <w:r>
        <w:t>Exam tip: Write the numbered/key points as separate headings and add a short conclusion for long questions.</w:t>
      </w:r>
    </w:p>
    <w:p w14:paraId="3C41A015" w14:textId="77777777" w:rsidR="004849B5" w:rsidRDefault="00000000">
      <w:pPr>
        <w:pStyle w:val="Heading2"/>
      </w:pPr>
      <w:r>
        <w:t>Chapter 3: Talent Acquisition and Development</w:t>
      </w:r>
    </w:p>
    <w:p w14:paraId="3CA72084" w14:textId="77777777" w:rsidR="004849B5" w:rsidRDefault="00000000">
      <w:pPr>
        <w:rPr>
          <w:rFonts w:hint="eastAsia"/>
        </w:rPr>
      </w:pPr>
      <w:r>
        <w:rPr>
          <w:b/>
        </w:rPr>
        <w:t>Point out any two sources of recruitment. — 2078</w:t>
      </w:r>
    </w:p>
    <w:p w14:paraId="72974E74" w14:textId="77777777" w:rsidR="004849B5" w:rsidRDefault="00000000">
      <w:pPr>
        <w:rPr>
          <w:rFonts w:hint="eastAsia"/>
        </w:rPr>
      </w:pPr>
      <w:r>
        <w:t>EN: Internal recruitment and external recruitment. Internal includes promotion/transfer; external includes job portals, advertisements, institutions and agencies.</w:t>
      </w:r>
    </w:p>
    <w:p w14:paraId="31A9A490" w14:textId="77777777" w:rsidR="004849B5" w:rsidRDefault="00000000">
      <w:pPr>
        <w:rPr>
          <w:rFonts w:hint="eastAsia"/>
        </w:rPr>
      </w:pPr>
      <w:r>
        <w:t>NE: Internal र external recruitment।</w:t>
      </w:r>
    </w:p>
    <w:p w14:paraId="541AFBDB" w14:textId="77777777" w:rsidR="004849B5" w:rsidRDefault="00000000">
      <w:pPr>
        <w:rPr>
          <w:rFonts w:hint="eastAsia"/>
        </w:rPr>
      </w:pPr>
      <w:r>
        <w:t>Exam tip: Write the numbered/key points as separate headings and add a short conclusion for long questions.</w:t>
      </w:r>
    </w:p>
    <w:p w14:paraId="2A3CEEB4" w14:textId="77777777" w:rsidR="004849B5" w:rsidRDefault="00000000">
      <w:pPr>
        <w:rPr>
          <w:rFonts w:hint="eastAsia"/>
        </w:rPr>
      </w:pPr>
      <w:r>
        <w:rPr>
          <w:b/>
        </w:rPr>
        <w:t>Various steps are to be followed while recruiting and selecting employees. Discuss the process of recruitment and selection. — 2081</w:t>
      </w:r>
    </w:p>
    <w:p w14:paraId="7E9E49AD" w14:textId="77777777" w:rsidR="004849B5" w:rsidRDefault="00000000">
      <w:pPr>
        <w:rPr>
          <w:rFonts w:hint="eastAsia"/>
        </w:rPr>
      </w:pPr>
      <w:r>
        <w:t>EN: Steps: identify vacancy → job analysis → recruitment planning/source → advertise → applications → screening → tests → interview → reference/background check → selection → offer/appointment → placement/orientation.</w:t>
      </w:r>
    </w:p>
    <w:p w14:paraId="197D6D55" w14:textId="77777777" w:rsidR="004849B5" w:rsidRDefault="00000000">
      <w:pPr>
        <w:rPr>
          <w:rFonts w:hint="eastAsia"/>
        </w:rPr>
      </w:pPr>
      <w:r>
        <w:t>NE: Vacancy → job analysis → source/advertisement → application → screening → test → interview → reference check → selection → appointment → placement/orientation।</w:t>
      </w:r>
    </w:p>
    <w:p w14:paraId="7BD8168A" w14:textId="77777777" w:rsidR="004849B5" w:rsidRDefault="00000000">
      <w:pPr>
        <w:rPr>
          <w:rFonts w:hint="eastAsia"/>
        </w:rPr>
      </w:pPr>
      <w:r>
        <w:t>Exam tip: Write the numbered/key points as separate headings and add a short conclusion for long questions.</w:t>
      </w:r>
    </w:p>
    <w:p w14:paraId="2BE5A2F8" w14:textId="77777777" w:rsidR="004849B5" w:rsidRDefault="00000000">
      <w:pPr>
        <w:rPr>
          <w:rFonts w:hint="eastAsia"/>
        </w:rPr>
      </w:pPr>
      <w:r>
        <w:rPr>
          <w:b/>
        </w:rPr>
        <w:t>What is talent development? — 2080</w:t>
      </w:r>
    </w:p>
    <w:p w14:paraId="23A9E13B" w14:textId="77777777" w:rsidR="004849B5" w:rsidRDefault="00000000">
      <w:pPr>
        <w:rPr>
          <w:rFonts w:hint="eastAsia"/>
        </w:rPr>
      </w:pPr>
      <w:r>
        <w:t>EN: Talent development is the systematic improvement of employees' knowledge, skills, capabilities and career potential through training, coaching, mentoring, assignments and development programs.</w:t>
      </w:r>
    </w:p>
    <w:p w14:paraId="473265CE" w14:textId="77777777" w:rsidR="004849B5" w:rsidRDefault="00000000">
      <w:pPr>
        <w:rPr>
          <w:rFonts w:hint="eastAsia"/>
        </w:rPr>
      </w:pPr>
      <w:r>
        <w:t>NE: Training, coaching, mentoring र development program बाट employee capability/career potential बढाउने process हो।</w:t>
      </w:r>
    </w:p>
    <w:p w14:paraId="737873B6" w14:textId="77777777" w:rsidR="004849B5" w:rsidRDefault="00000000">
      <w:pPr>
        <w:rPr>
          <w:rFonts w:hint="eastAsia"/>
        </w:rPr>
      </w:pPr>
      <w:r>
        <w:t>Exam tip: Write the numbered/key points as separate headings and add a short conclusion for long questions.</w:t>
      </w:r>
    </w:p>
    <w:p w14:paraId="6EFC1230" w14:textId="77777777" w:rsidR="004849B5" w:rsidRDefault="00000000">
      <w:pPr>
        <w:rPr>
          <w:rFonts w:hint="eastAsia"/>
        </w:rPr>
      </w:pPr>
      <w:r>
        <w:rPr>
          <w:b/>
        </w:rPr>
        <w:t>Differentiate between talent and knowledge. — 2081</w:t>
      </w:r>
    </w:p>
    <w:p w14:paraId="5752AC0E" w14:textId="77777777" w:rsidR="004849B5" w:rsidRDefault="00000000">
      <w:pPr>
        <w:rPr>
          <w:rFonts w:hint="eastAsia"/>
        </w:rPr>
      </w:pPr>
      <w:r>
        <w:t>EN: Knowledge is what a person knows—facts, concepts and information. Talent is capability/potential to perform and create value in an area, involving aptitude and developed competence.</w:t>
      </w:r>
    </w:p>
    <w:p w14:paraId="199F6F3A" w14:textId="77777777" w:rsidR="004849B5" w:rsidRDefault="00000000">
      <w:pPr>
        <w:rPr>
          <w:rFonts w:hint="eastAsia"/>
        </w:rPr>
      </w:pPr>
      <w:r>
        <w:t>NE: Knowledge = जानेको facts/information; Talent = कुनै क्षेत्रमा performance/value creation गर्ने capability/potential।</w:t>
      </w:r>
    </w:p>
    <w:p w14:paraId="147ACB41" w14:textId="77777777" w:rsidR="004849B5" w:rsidRDefault="00000000">
      <w:pPr>
        <w:rPr>
          <w:rFonts w:hint="eastAsia"/>
        </w:rPr>
      </w:pPr>
      <w:r>
        <w:t>Exam tip: Write the numbered/key points as separate headings and add a short conclusion for long questions.</w:t>
      </w:r>
    </w:p>
    <w:p w14:paraId="45D44585" w14:textId="77777777" w:rsidR="004849B5" w:rsidRDefault="00000000">
      <w:pPr>
        <w:rPr>
          <w:rFonts w:hint="eastAsia"/>
        </w:rPr>
      </w:pPr>
      <w:r>
        <w:rPr>
          <w:b/>
        </w:rPr>
        <w:t>How do decision makers and senior management realize the need for managing talent? Discuss. — 2079</w:t>
      </w:r>
    </w:p>
    <w:p w14:paraId="7B7BCF09" w14:textId="77777777" w:rsidR="004849B5" w:rsidRDefault="00000000">
      <w:pPr>
        <w:rPr>
          <w:rFonts w:hint="eastAsia"/>
        </w:rPr>
      </w:pPr>
      <w:r>
        <w:lastRenderedPageBreak/>
        <w:t>EN: They assess strategy, skill gaps, succession risks, performance data, turnover, recruitment difficulty, growth and future capability needs. Talent management is needed to attract, develop, deploy and retain critical capabilities.</w:t>
      </w:r>
    </w:p>
    <w:p w14:paraId="57C296A9" w14:textId="77777777" w:rsidR="004849B5" w:rsidRDefault="00000000">
      <w:pPr>
        <w:rPr>
          <w:rFonts w:hint="eastAsia"/>
        </w:rPr>
      </w:pPr>
      <w:r>
        <w:t>NE: Strategy, skill gap, succession risk, performance, turnover, recruitment difficulty, growth र future need हेरेर talent management को आवश्यकता पहिचान हुन्छ।</w:t>
      </w:r>
    </w:p>
    <w:p w14:paraId="5F1ABE1D" w14:textId="77777777" w:rsidR="004849B5" w:rsidRDefault="00000000">
      <w:pPr>
        <w:rPr>
          <w:rFonts w:hint="eastAsia"/>
        </w:rPr>
      </w:pPr>
      <w:r>
        <w:t>Exam tip: Write the numbered/key points as separate headings and add a short conclusion for long questions.</w:t>
      </w:r>
    </w:p>
    <w:p w14:paraId="1FFC4DE2" w14:textId="77777777" w:rsidR="004849B5" w:rsidRDefault="00000000">
      <w:pPr>
        <w:rPr>
          <w:rFonts w:hint="eastAsia"/>
        </w:rPr>
      </w:pPr>
      <w:r>
        <w:rPr>
          <w:b/>
        </w:rPr>
        <w:t>Point out any two benefits of training. — 2079</w:t>
      </w:r>
    </w:p>
    <w:p w14:paraId="2D44876F" w14:textId="77777777" w:rsidR="004849B5" w:rsidRDefault="00000000">
      <w:pPr>
        <w:rPr>
          <w:rFonts w:hint="eastAsia"/>
        </w:rPr>
      </w:pPr>
      <w:r>
        <w:t>EN: Training improves skills/knowledge and can improve performance/productivity; it can also reduce errors and support adaptation to change.</w:t>
      </w:r>
    </w:p>
    <w:p w14:paraId="390C66DF" w14:textId="77777777" w:rsidR="004849B5" w:rsidRDefault="00000000">
      <w:pPr>
        <w:rPr>
          <w:rFonts w:hint="eastAsia"/>
        </w:rPr>
      </w:pPr>
      <w:r>
        <w:t>NE: Skill/knowledge र performance/productivity सुधार; errors घटाउन र change adaptation मा सहयोग।</w:t>
      </w:r>
    </w:p>
    <w:p w14:paraId="2BD33FAC" w14:textId="77777777" w:rsidR="004849B5" w:rsidRDefault="00000000">
      <w:pPr>
        <w:rPr>
          <w:rFonts w:hint="eastAsia"/>
        </w:rPr>
      </w:pPr>
      <w:r>
        <w:t>Exam tip: Write the numbered/key points as separate headings and add a short conclusion for long questions.</w:t>
      </w:r>
    </w:p>
    <w:p w14:paraId="623E67F9" w14:textId="77777777" w:rsidR="004849B5" w:rsidRDefault="00000000">
      <w:pPr>
        <w:rPr>
          <w:rFonts w:hint="eastAsia"/>
        </w:rPr>
      </w:pPr>
      <w:r>
        <w:rPr>
          <w:b/>
        </w:rPr>
        <w:t>Point out any four benefits of training. — 2082</w:t>
      </w:r>
    </w:p>
    <w:p w14:paraId="0F27A808" w14:textId="77777777" w:rsidR="004849B5" w:rsidRDefault="00000000">
      <w:pPr>
        <w:rPr>
          <w:rFonts w:hint="eastAsia"/>
        </w:rPr>
      </w:pPr>
      <w:r>
        <w:t>EN: Four benefits: skill improvement, higher productivity, fewer errors/accidents and better adaptation to technology/organizational change.</w:t>
      </w:r>
    </w:p>
    <w:p w14:paraId="7F65F5F2" w14:textId="77777777" w:rsidR="004849B5" w:rsidRDefault="00000000">
      <w:pPr>
        <w:rPr>
          <w:rFonts w:hint="eastAsia"/>
        </w:rPr>
      </w:pPr>
      <w:r>
        <w:t>NE: Skill improvement, productivity increase, errors/accidents reduction र adaptability improvement।</w:t>
      </w:r>
    </w:p>
    <w:p w14:paraId="05994A37" w14:textId="77777777" w:rsidR="004849B5" w:rsidRDefault="00000000">
      <w:pPr>
        <w:rPr>
          <w:rFonts w:hint="eastAsia"/>
        </w:rPr>
      </w:pPr>
      <w:r>
        <w:t>Exam tip: Write the numbered/key points as separate headings and add a short conclusion for long questions.</w:t>
      </w:r>
    </w:p>
    <w:p w14:paraId="64C0D8D9" w14:textId="77777777" w:rsidR="004849B5" w:rsidRDefault="00000000">
      <w:pPr>
        <w:rPr>
          <w:rFonts w:hint="eastAsia"/>
        </w:rPr>
      </w:pPr>
      <w:r>
        <w:rPr>
          <w:b/>
        </w:rPr>
        <w:t>How does an organization evaluate training effectiveness? Discuss. — 2080</w:t>
      </w:r>
    </w:p>
    <w:p w14:paraId="554BF7DD" w14:textId="77777777" w:rsidR="004849B5" w:rsidRDefault="00000000">
      <w:pPr>
        <w:rPr>
          <w:rFonts w:hint="eastAsia"/>
        </w:rPr>
      </w:pPr>
      <w:r>
        <w:t>EN: Evaluate reaction (satisfaction), learning (knowledge/skill gain), behavior (transfer to job) and results (productivity, quality, errors, customer outcomes). Pre/post measures improve evidence.</w:t>
      </w:r>
    </w:p>
    <w:p w14:paraId="5E70BCDD" w14:textId="77777777" w:rsidR="004849B5" w:rsidRDefault="00000000">
      <w:pPr>
        <w:rPr>
          <w:rFonts w:hint="eastAsia"/>
        </w:rPr>
      </w:pPr>
      <w:r>
        <w:t>NE: Reaction, learning, behavior र results चार स्तरमा evaluation गर्न सकिन्छ।</w:t>
      </w:r>
    </w:p>
    <w:p w14:paraId="260A537D" w14:textId="77777777" w:rsidR="004849B5" w:rsidRDefault="00000000">
      <w:pPr>
        <w:rPr>
          <w:rFonts w:hint="eastAsia"/>
        </w:rPr>
      </w:pPr>
      <w:r>
        <w:t>Exam tip: Write the numbered/key points as separate headings and add a short conclusion for long questions.</w:t>
      </w:r>
    </w:p>
    <w:p w14:paraId="753196C8" w14:textId="77777777" w:rsidR="004849B5" w:rsidRDefault="00000000">
      <w:pPr>
        <w:rPr>
          <w:rFonts w:hint="eastAsia"/>
        </w:rPr>
      </w:pPr>
      <w:r>
        <w:rPr>
          <w:b/>
        </w:rPr>
        <w:t>Explain the concept and techniques of management development. — 2082</w:t>
      </w:r>
    </w:p>
    <w:p w14:paraId="0A727597" w14:textId="77777777" w:rsidR="004849B5" w:rsidRDefault="00000000">
      <w:pPr>
        <w:rPr>
          <w:rFonts w:hint="eastAsia"/>
        </w:rPr>
      </w:pPr>
      <w:r>
        <w:t>EN: Management development systematically improves managerial knowledge, leadership, decision-making and interpersonal skills. Techniques include coaching, mentoring, job rotation, understudy, action learning, cases, management games, workshops and executive education.</w:t>
      </w:r>
    </w:p>
    <w:p w14:paraId="6415C9F1" w14:textId="77777777" w:rsidR="004849B5" w:rsidRDefault="00000000">
      <w:pPr>
        <w:rPr>
          <w:rFonts w:hint="eastAsia"/>
        </w:rPr>
      </w:pPr>
      <w:r>
        <w:t>NE: Manager को knowledge, leadership, decision-making र interpersonal skill विकास गर्ने process हो; coaching, mentoring, rotation, case, games, workshop आदि techniques हुन्।</w:t>
      </w:r>
    </w:p>
    <w:p w14:paraId="32F10336" w14:textId="77777777" w:rsidR="004849B5" w:rsidRDefault="00000000">
      <w:pPr>
        <w:rPr>
          <w:rFonts w:hint="eastAsia"/>
        </w:rPr>
      </w:pPr>
      <w:r>
        <w:t>Exam tip: Write the numbered/key points as separate headings and add a short conclusion for long questions.</w:t>
      </w:r>
    </w:p>
    <w:p w14:paraId="6314EE3B" w14:textId="77777777" w:rsidR="004849B5" w:rsidRDefault="00000000">
      <w:pPr>
        <w:rPr>
          <w:rFonts w:hint="eastAsia"/>
        </w:rPr>
      </w:pPr>
      <w:r>
        <w:rPr>
          <w:b/>
        </w:rPr>
        <w:t>Explain the recruitment and selection process.</w:t>
      </w:r>
    </w:p>
    <w:p w14:paraId="35042F71" w14:textId="77777777" w:rsidR="004849B5" w:rsidRDefault="00000000">
      <w:pPr>
        <w:rPr>
          <w:rFonts w:hint="eastAsia"/>
        </w:rPr>
      </w:pPr>
      <w:r>
        <w:t>EN: It starts with HR requirement and job analysis, followed by sourcing, application screening, testing, interview, reference checking, selection, offer and placement/orientation. Decisions should use fair, job-related criteria.</w:t>
      </w:r>
    </w:p>
    <w:p w14:paraId="7C9CCC00" w14:textId="77777777" w:rsidR="004849B5" w:rsidRDefault="00000000">
      <w:pPr>
        <w:rPr>
          <w:rFonts w:hint="eastAsia"/>
        </w:rPr>
      </w:pPr>
      <w:r>
        <w:lastRenderedPageBreak/>
        <w:t>NE: HR requirement/job analysis → sourcing → screening → test → interview → reference → selection → offer → placement/orientation।</w:t>
      </w:r>
    </w:p>
    <w:p w14:paraId="264B26EB" w14:textId="77777777" w:rsidR="004849B5" w:rsidRDefault="00000000">
      <w:pPr>
        <w:rPr>
          <w:rFonts w:hint="eastAsia"/>
        </w:rPr>
      </w:pPr>
      <w:r>
        <w:t>Exam tip: Write the numbered/key points as separate headings and add a short conclusion for long questions.</w:t>
      </w:r>
    </w:p>
    <w:p w14:paraId="2C20D638" w14:textId="77777777" w:rsidR="004849B5" w:rsidRDefault="00000000">
      <w:pPr>
        <w:pStyle w:val="Heading2"/>
      </w:pPr>
      <w:r>
        <w:t>Chapter 4: Performance Appraisal and Reward Management</w:t>
      </w:r>
    </w:p>
    <w:p w14:paraId="02C6FBD0" w14:textId="77777777" w:rsidR="004849B5" w:rsidRDefault="00000000">
      <w:pPr>
        <w:rPr>
          <w:rFonts w:hint="eastAsia"/>
        </w:rPr>
      </w:pPr>
      <w:r>
        <w:rPr>
          <w:b/>
        </w:rPr>
        <w:t>Define performance appraisal. Explain the uses of performance appraisal. — 2076</w:t>
      </w:r>
    </w:p>
    <w:p w14:paraId="26B70965" w14:textId="77777777" w:rsidR="004849B5" w:rsidRDefault="00000000">
      <w:pPr>
        <w:rPr>
          <w:rFonts w:hint="eastAsia"/>
        </w:rPr>
      </w:pPr>
      <w:r>
        <w:t>EN: Performance appraisal is systematic evaluation of employee performance against standards/expectations. Uses: feedback, training needs, promotion, rewards, career planning, performance improvement and HR decisions.</w:t>
      </w:r>
    </w:p>
    <w:p w14:paraId="56F02F53" w14:textId="77777777" w:rsidR="004849B5" w:rsidRDefault="00000000">
      <w:pPr>
        <w:rPr>
          <w:rFonts w:hint="eastAsia"/>
        </w:rPr>
      </w:pPr>
      <w:r>
        <w:t>NE: Performance appraisal निर्धारित standard अनुसार employee performance को systematic evaluation हो।</w:t>
      </w:r>
    </w:p>
    <w:p w14:paraId="57546682" w14:textId="77777777" w:rsidR="004849B5" w:rsidRDefault="00000000">
      <w:pPr>
        <w:rPr>
          <w:rFonts w:hint="eastAsia"/>
        </w:rPr>
      </w:pPr>
      <w:r>
        <w:t>Exam tip: Write the numbered/key points as separate headings and add a short conclusion for long questions.</w:t>
      </w:r>
    </w:p>
    <w:p w14:paraId="5BED5D85" w14:textId="77777777" w:rsidR="004849B5" w:rsidRDefault="00000000">
      <w:pPr>
        <w:rPr>
          <w:rFonts w:hint="eastAsia"/>
        </w:rPr>
      </w:pPr>
      <w:r>
        <w:rPr>
          <w:b/>
        </w:rPr>
        <w:t>Explain in brief any two methods of performance appraisal. — 2079</w:t>
      </w:r>
    </w:p>
    <w:p w14:paraId="3C299E6B" w14:textId="77777777" w:rsidR="004849B5" w:rsidRDefault="00000000">
      <w:pPr>
        <w:rPr>
          <w:rFonts w:hint="eastAsia"/>
        </w:rPr>
      </w:pPr>
      <w:r>
        <w:t>EN: Rating scale—employees are rated on selected factors using a scale. Critical incident—specific unusually effective/ineffective behaviors are recorded and used for evaluation.</w:t>
      </w:r>
    </w:p>
    <w:p w14:paraId="23AF4651" w14:textId="77777777" w:rsidR="004849B5" w:rsidRDefault="00000000">
      <w:pPr>
        <w:rPr>
          <w:rFonts w:hint="eastAsia"/>
        </w:rPr>
      </w:pPr>
      <w:r>
        <w:t>NE: Rating scale मा factors लाई scale मा rate गरिन्छ; critical incident मा important effective/ineffective behavior record गरिन्छ।</w:t>
      </w:r>
    </w:p>
    <w:p w14:paraId="162943EE" w14:textId="77777777" w:rsidR="004849B5" w:rsidRDefault="00000000">
      <w:pPr>
        <w:rPr>
          <w:rFonts w:hint="eastAsia"/>
        </w:rPr>
      </w:pPr>
      <w:r>
        <w:t>Exam tip: Write the numbered/key points as separate headings and add a short conclusion for long questions.</w:t>
      </w:r>
    </w:p>
    <w:p w14:paraId="481FC545" w14:textId="77777777" w:rsidR="004849B5" w:rsidRDefault="00000000">
      <w:pPr>
        <w:rPr>
          <w:rFonts w:hint="eastAsia"/>
        </w:rPr>
      </w:pPr>
      <w:r>
        <w:rPr>
          <w:b/>
        </w:rPr>
        <w:t>Enlist any two qualities of effective reward. — 2080</w:t>
      </w:r>
    </w:p>
    <w:p w14:paraId="05DFD0AC" w14:textId="77777777" w:rsidR="004849B5" w:rsidRDefault="00000000">
      <w:pPr>
        <w:rPr>
          <w:rFonts w:hint="eastAsia"/>
        </w:rPr>
      </w:pPr>
      <w:r>
        <w:t>EN: Fairness/equity and linkage with performance or contribution. Rewards should also be meaningful and understandable.</w:t>
      </w:r>
    </w:p>
    <w:p w14:paraId="7654F979" w14:textId="77777777" w:rsidR="004849B5" w:rsidRDefault="00000000">
      <w:pPr>
        <w:rPr>
          <w:rFonts w:hint="eastAsia"/>
        </w:rPr>
      </w:pPr>
      <w:r>
        <w:t>NE: Fair/equitable र performance/contribution सँग linked हुनु दुई गुण हुन्।</w:t>
      </w:r>
    </w:p>
    <w:p w14:paraId="34F3907E" w14:textId="77777777" w:rsidR="004849B5" w:rsidRDefault="00000000">
      <w:pPr>
        <w:rPr>
          <w:rFonts w:hint="eastAsia"/>
        </w:rPr>
      </w:pPr>
      <w:r>
        <w:t>Exam tip: Write the numbered/key points as separate headings and add a short conclusion for long questions.</w:t>
      </w:r>
    </w:p>
    <w:p w14:paraId="7EFAFD39" w14:textId="77777777" w:rsidR="004849B5" w:rsidRDefault="00000000">
      <w:pPr>
        <w:rPr>
          <w:rFonts w:hint="eastAsia"/>
        </w:rPr>
      </w:pPr>
      <w:r>
        <w:rPr>
          <w:b/>
        </w:rPr>
        <w:t>Define performance appraisal and explain the qualities of effective rewards. — 2078</w:t>
      </w:r>
    </w:p>
    <w:p w14:paraId="7DD17089" w14:textId="77777777" w:rsidR="004849B5" w:rsidRDefault="00000000">
      <w:pPr>
        <w:rPr>
          <w:rFonts w:hint="eastAsia"/>
        </w:rPr>
      </w:pPr>
      <w:r>
        <w:t>EN: Appraisal systematically assesses job performance. Effective rewards should be fair, consistent, performance-linked, timely, transparent, meaningful, affordable and aligned with goals.</w:t>
      </w:r>
    </w:p>
    <w:p w14:paraId="66D72949" w14:textId="77777777" w:rsidR="004849B5" w:rsidRDefault="00000000">
      <w:pPr>
        <w:rPr>
          <w:rFonts w:hint="eastAsia"/>
        </w:rPr>
      </w:pPr>
      <w:r>
        <w:t>NE: Appraisal performance को systematic assessment हो; reward fair, consistent, performance-linked, timely, transparent, meaningful र sustainable हुनुपर्छ।</w:t>
      </w:r>
    </w:p>
    <w:p w14:paraId="6757B68D" w14:textId="77777777" w:rsidR="004849B5" w:rsidRDefault="00000000">
      <w:pPr>
        <w:rPr>
          <w:rFonts w:hint="eastAsia"/>
        </w:rPr>
      </w:pPr>
      <w:r>
        <w:t>Exam tip: Write the numbered/key points as separate headings and add a short conclusion for long questions.</w:t>
      </w:r>
    </w:p>
    <w:p w14:paraId="2B0321AE" w14:textId="77777777" w:rsidR="004849B5" w:rsidRDefault="00000000">
      <w:pPr>
        <w:rPr>
          <w:rFonts w:hint="eastAsia"/>
        </w:rPr>
      </w:pPr>
      <w:r>
        <w:rPr>
          <w:b/>
        </w:rPr>
        <w:t>Acquaint with the critical incident method of performance appraisal. — 2081</w:t>
      </w:r>
    </w:p>
    <w:p w14:paraId="322FDD9D" w14:textId="77777777" w:rsidR="004849B5" w:rsidRDefault="00000000">
      <w:pPr>
        <w:rPr>
          <w:rFonts w:hint="eastAsia"/>
        </w:rPr>
      </w:pPr>
      <w:r>
        <w:t>EN: Supervisors record specific examples of unusually effective or ineffective job behavior and use them during appraisal. Advantage: behavior-focused evidence. Limitation: time-consuming and dependent on consistent recording.</w:t>
      </w:r>
    </w:p>
    <w:p w14:paraId="71559BDC" w14:textId="77777777" w:rsidR="004849B5" w:rsidRDefault="00000000">
      <w:pPr>
        <w:rPr>
          <w:rFonts w:hint="eastAsia"/>
        </w:rPr>
      </w:pPr>
      <w:r>
        <w:lastRenderedPageBreak/>
        <w:t>NE: Supervisor ले राम्रो/कमजोर important behavior का incidents record गर्छ। Evidence-based भए पनि time-consuming हुन्छ।</w:t>
      </w:r>
    </w:p>
    <w:p w14:paraId="7C49403A" w14:textId="77777777" w:rsidR="004849B5" w:rsidRDefault="00000000">
      <w:pPr>
        <w:rPr>
          <w:rFonts w:hint="eastAsia"/>
        </w:rPr>
      </w:pPr>
      <w:r>
        <w:t>Exam tip: Write the numbered/key points as separate headings and add a short conclusion for long questions.</w:t>
      </w:r>
    </w:p>
    <w:p w14:paraId="2131F446" w14:textId="77777777" w:rsidR="004849B5" w:rsidRDefault="00000000">
      <w:pPr>
        <w:rPr>
          <w:rFonts w:hint="eastAsia"/>
        </w:rPr>
      </w:pPr>
      <w:r>
        <w:rPr>
          <w:b/>
        </w:rPr>
        <w:t>Briefly explain the performance appraisal practices in Nepalese organizations. — 2080, 2082</w:t>
      </w:r>
    </w:p>
    <w:p w14:paraId="1474D702" w14:textId="77777777" w:rsidR="004849B5" w:rsidRDefault="00000000">
      <w:pPr>
        <w:rPr>
          <w:rFonts w:hint="eastAsia"/>
        </w:rPr>
      </w:pPr>
      <w:r>
        <w:t>EN: Practices may include supervisor ratings, periodic/annual reviews, rating scales, target-based evaluation, attendance/discipline indicators and sometimes competency or multi-source appraisal. Fairness, clear standards and feedback determine effectiveness.</w:t>
      </w:r>
    </w:p>
    <w:p w14:paraId="61691655" w14:textId="77777777" w:rsidR="004849B5" w:rsidRDefault="00000000">
      <w:pPr>
        <w:rPr>
          <w:rFonts w:hint="eastAsia"/>
        </w:rPr>
      </w:pPr>
      <w:r>
        <w:t>NE: Supervisor rating, annual/periodic review, rating scale, target-based appraisal, attendance/discipline indicators तथा केही संस्थामा competency/multi-source appraisal प्रयोग हुन्छ।</w:t>
      </w:r>
    </w:p>
    <w:p w14:paraId="178A93F9" w14:textId="77777777" w:rsidR="004849B5" w:rsidRDefault="00000000">
      <w:pPr>
        <w:rPr>
          <w:rFonts w:hint="eastAsia"/>
        </w:rPr>
      </w:pPr>
      <w:r>
        <w:t>Exam tip: Write the numbered/key points as separate headings and add a short conclusion for long questions.</w:t>
      </w:r>
    </w:p>
    <w:p w14:paraId="3A5B69CF" w14:textId="77777777" w:rsidR="004849B5" w:rsidRDefault="00000000">
      <w:pPr>
        <w:rPr>
          <w:rFonts w:hint="eastAsia"/>
        </w:rPr>
      </w:pPr>
      <w:r>
        <w:rPr>
          <w:b/>
        </w:rPr>
        <w:t>Define reward management. Describe the qualities of effective reward management. — 2081</w:t>
      </w:r>
    </w:p>
    <w:p w14:paraId="5FF7066F" w14:textId="77777777" w:rsidR="004849B5" w:rsidRDefault="00000000">
      <w:pPr>
        <w:rPr>
          <w:rFonts w:hint="eastAsia"/>
        </w:rPr>
      </w:pPr>
      <w:r>
        <w:t>EN: Reward management designs and administers financial and non-financial rewards to attract, motivate and retain employees. Qualities: fairness, competitiveness, performance linkage, transparency, consistency, timeliness, flexibility and sustainability.</w:t>
      </w:r>
    </w:p>
    <w:p w14:paraId="22BEC12B" w14:textId="77777777" w:rsidR="004849B5" w:rsidRDefault="00000000">
      <w:pPr>
        <w:rPr>
          <w:rFonts w:hint="eastAsia"/>
        </w:rPr>
      </w:pPr>
      <w:r>
        <w:t>NE: Financial/non-financial reward मार्फत employee attract, motivate र retain गर्ने process हो।</w:t>
      </w:r>
    </w:p>
    <w:p w14:paraId="0B05573B" w14:textId="77777777" w:rsidR="004849B5" w:rsidRDefault="00000000">
      <w:pPr>
        <w:rPr>
          <w:rFonts w:hint="eastAsia"/>
        </w:rPr>
      </w:pPr>
      <w:r>
        <w:t>Exam tip: Write the numbered/key points as separate headings and add a short conclusion for long questions.</w:t>
      </w:r>
    </w:p>
    <w:p w14:paraId="66F02648" w14:textId="77777777" w:rsidR="004849B5" w:rsidRDefault="00000000">
      <w:pPr>
        <w:rPr>
          <w:rFonts w:hint="eastAsia"/>
        </w:rPr>
      </w:pPr>
      <w:r>
        <w:rPr>
          <w:b/>
        </w:rPr>
        <w:t>Explain the concept and objectives of performance appraisal.</w:t>
      </w:r>
    </w:p>
    <w:p w14:paraId="25F98CAC" w14:textId="77777777" w:rsidR="004849B5" w:rsidRDefault="00000000">
      <w:pPr>
        <w:rPr>
          <w:rFonts w:hint="eastAsia"/>
        </w:rPr>
      </w:pPr>
      <w:r>
        <w:t>EN: It is systematic assessment of employee performance. Objectives: measure performance, feedback, identify development needs, support reward/promotion, improve performance and document decisions.</w:t>
      </w:r>
    </w:p>
    <w:p w14:paraId="71966744" w14:textId="77777777" w:rsidR="004849B5" w:rsidRDefault="00000000">
      <w:pPr>
        <w:rPr>
          <w:rFonts w:hint="eastAsia"/>
        </w:rPr>
      </w:pPr>
      <w:r>
        <w:t>NE: Performance मापन, feedback, development need, reward/promotion र improvement यसको objectives हुन्।</w:t>
      </w:r>
    </w:p>
    <w:p w14:paraId="3204922A" w14:textId="77777777" w:rsidR="004849B5" w:rsidRDefault="00000000">
      <w:pPr>
        <w:rPr>
          <w:rFonts w:hint="eastAsia"/>
        </w:rPr>
      </w:pPr>
      <w:r>
        <w:t>Exam tip: Write the numbered/key points as separate headings and add a short conclusion for long questions.</w:t>
      </w:r>
    </w:p>
    <w:p w14:paraId="746835D6" w14:textId="77777777" w:rsidR="004849B5" w:rsidRDefault="00000000">
      <w:pPr>
        <w:rPr>
          <w:rFonts w:hint="eastAsia"/>
        </w:rPr>
      </w:pPr>
      <w:r>
        <w:rPr>
          <w:b/>
        </w:rPr>
        <w:t>Explain the major methods of performance appraisal.</w:t>
      </w:r>
    </w:p>
    <w:p w14:paraId="5CE6581D" w14:textId="77777777" w:rsidR="004849B5" w:rsidRDefault="00000000">
      <w:pPr>
        <w:rPr>
          <w:rFonts w:hint="eastAsia"/>
        </w:rPr>
      </w:pPr>
      <w:r>
        <w:t>EN: Rating scale, checklist, ranking, paired comparison, critical incident, essay, BARS, MBO and 360-degree feedback are major methods. Method should fit job and purpose.</w:t>
      </w:r>
    </w:p>
    <w:p w14:paraId="0BCF36AA" w14:textId="77777777" w:rsidR="004849B5" w:rsidRDefault="00000000">
      <w:pPr>
        <w:rPr>
          <w:rFonts w:hint="eastAsia"/>
        </w:rPr>
      </w:pPr>
      <w:r>
        <w:t>NE: Rating scale, checklist, ranking, paired comparison, critical incident, essay, BARS, MBO र 360-degree प्रमुख methods हुन्।</w:t>
      </w:r>
    </w:p>
    <w:p w14:paraId="2770E157" w14:textId="77777777" w:rsidR="004849B5" w:rsidRDefault="00000000">
      <w:pPr>
        <w:rPr>
          <w:rFonts w:hint="eastAsia"/>
        </w:rPr>
      </w:pPr>
      <w:r>
        <w:t>Exam tip: Write the numbered/key points as separate headings and add a short conclusion for long questions.</w:t>
      </w:r>
    </w:p>
    <w:p w14:paraId="30818852" w14:textId="77777777" w:rsidR="004849B5" w:rsidRDefault="00000000">
      <w:pPr>
        <w:rPr>
          <w:rFonts w:hint="eastAsia"/>
        </w:rPr>
      </w:pPr>
      <w:r>
        <w:rPr>
          <w:b/>
        </w:rPr>
        <w:t>Explain the concept, objectives and qualities of effective reward management.</w:t>
      </w:r>
    </w:p>
    <w:p w14:paraId="745770BA" w14:textId="77777777" w:rsidR="004849B5" w:rsidRDefault="00000000">
      <w:pPr>
        <w:rPr>
          <w:rFonts w:hint="eastAsia"/>
        </w:rPr>
      </w:pPr>
      <w:r>
        <w:t>EN: Reward management manages financial/non-financial returns for employee contribution. Objectives: attract, motivate, retain, recognize performance and support strategy. Qualities: fairness, competitiveness, performance linkage, transparency, consistency, timeliness, flexibility and sustainability.</w:t>
      </w:r>
    </w:p>
    <w:p w14:paraId="598C7F96" w14:textId="77777777" w:rsidR="004849B5" w:rsidRDefault="00000000">
      <w:pPr>
        <w:rPr>
          <w:rFonts w:hint="eastAsia"/>
        </w:rPr>
      </w:pPr>
      <w:r>
        <w:lastRenderedPageBreak/>
        <w:t>NE: Employee contribution को बदला प्राप्त reward लाई manage गर्ने process हो। Attract, motivate, retain र recognize यसको objectives हुन्।</w:t>
      </w:r>
    </w:p>
    <w:p w14:paraId="7E078C9B" w14:textId="77777777" w:rsidR="004849B5" w:rsidRDefault="00000000">
      <w:pPr>
        <w:rPr>
          <w:rFonts w:hint="eastAsia"/>
        </w:rPr>
      </w:pPr>
      <w:r>
        <w:t>Exam tip: Write the numbered/key points as separate headings and add a short conclusion for long questions.</w:t>
      </w:r>
    </w:p>
    <w:p w14:paraId="02AA24D4" w14:textId="77777777" w:rsidR="004849B5" w:rsidRDefault="00000000">
      <w:pPr>
        <w:pStyle w:val="Heading2"/>
      </w:pPr>
      <w:r>
        <w:t>Chapter 5: Employee Maintenance</w:t>
      </w:r>
    </w:p>
    <w:p w14:paraId="545378B6" w14:textId="77777777" w:rsidR="004849B5" w:rsidRDefault="00000000">
      <w:pPr>
        <w:rPr>
          <w:rFonts w:hint="eastAsia"/>
        </w:rPr>
      </w:pPr>
      <w:r>
        <w:rPr>
          <w:b/>
        </w:rPr>
        <w:t>Give the meaning of social security. — 2080</w:t>
      </w:r>
    </w:p>
    <w:p w14:paraId="214AB198" w14:textId="77777777" w:rsidR="004849B5" w:rsidRDefault="00000000">
      <w:pPr>
        <w:rPr>
          <w:rFonts w:hint="eastAsia"/>
        </w:rPr>
      </w:pPr>
      <w:r>
        <w:t>EN: Social security provides income/support and protection against risks such as illness, injury, disability, old age, unemployment and other contingencies.</w:t>
      </w:r>
    </w:p>
    <w:p w14:paraId="498BC5AC" w14:textId="77777777" w:rsidR="004849B5" w:rsidRDefault="00000000">
      <w:pPr>
        <w:rPr>
          <w:rFonts w:hint="eastAsia"/>
        </w:rPr>
      </w:pPr>
      <w:r>
        <w:t>NE: Illness, injury, disability, old age, unemployment आदि risk मा income/support/protection दिने व्यवस्था हो।</w:t>
      </w:r>
    </w:p>
    <w:p w14:paraId="122B2CD5" w14:textId="77777777" w:rsidR="004849B5" w:rsidRDefault="00000000">
      <w:pPr>
        <w:rPr>
          <w:rFonts w:hint="eastAsia"/>
        </w:rPr>
      </w:pPr>
      <w:r>
        <w:t>Exam tip: Write the numbered/key points as separate headings and add a short conclusion for long questions.</w:t>
      </w:r>
    </w:p>
    <w:p w14:paraId="1D639696" w14:textId="77777777" w:rsidR="004849B5" w:rsidRDefault="00000000">
      <w:pPr>
        <w:rPr>
          <w:rFonts w:hint="eastAsia"/>
        </w:rPr>
      </w:pPr>
      <w:r>
        <w:rPr>
          <w:b/>
        </w:rPr>
        <w:t>Give the meaning of work-life balance. — 2078</w:t>
      </w:r>
    </w:p>
    <w:p w14:paraId="1094BC9B" w14:textId="77777777" w:rsidR="004849B5" w:rsidRDefault="00000000">
      <w:pPr>
        <w:rPr>
          <w:rFonts w:hint="eastAsia"/>
        </w:rPr>
      </w:pPr>
      <w:r>
        <w:t>EN: Work-life balance is the ability to manage work and personal/family responsibilities in a way that supports well-being and sustainable performance.</w:t>
      </w:r>
    </w:p>
    <w:p w14:paraId="35143E0E" w14:textId="77777777" w:rsidR="004849B5" w:rsidRDefault="00000000">
      <w:pPr>
        <w:rPr>
          <w:rFonts w:hint="eastAsia"/>
        </w:rPr>
      </w:pPr>
      <w:r>
        <w:t>NE: Work र personal/family life लाई well-being र sustainable performance कायम हुने गरी balance गर्ने अवस्था हो।</w:t>
      </w:r>
    </w:p>
    <w:p w14:paraId="649D7E51" w14:textId="77777777" w:rsidR="004849B5" w:rsidRDefault="00000000">
      <w:pPr>
        <w:rPr>
          <w:rFonts w:hint="eastAsia"/>
        </w:rPr>
      </w:pPr>
      <w:r>
        <w:t>Exam tip: Write the numbered/key points as separate headings and add a short conclusion for long questions.</w:t>
      </w:r>
    </w:p>
    <w:p w14:paraId="0903E476" w14:textId="77777777" w:rsidR="004849B5" w:rsidRDefault="00000000">
      <w:pPr>
        <w:rPr>
          <w:rFonts w:hint="eastAsia"/>
        </w:rPr>
      </w:pPr>
      <w:r>
        <w:rPr>
          <w:b/>
        </w:rPr>
        <w:t>What are the general guidelines in administering employee discipline? Explain. — 2079</w:t>
      </w:r>
    </w:p>
    <w:p w14:paraId="75604015" w14:textId="77777777" w:rsidR="004849B5" w:rsidRDefault="00000000">
      <w:pPr>
        <w:rPr>
          <w:rFonts w:hint="eastAsia"/>
        </w:rPr>
      </w:pPr>
      <w:r>
        <w:t>EN: Use clear rules, consistency, prompt action, fair investigation, opportunity to explain, proportional discipline, documentation, confidentiality and legal/policy compliance. Discipline should correct behavior, not simply punish.</w:t>
      </w:r>
    </w:p>
    <w:p w14:paraId="08874ED5" w14:textId="77777777" w:rsidR="004849B5" w:rsidRDefault="00000000">
      <w:pPr>
        <w:rPr>
          <w:rFonts w:hint="eastAsia"/>
        </w:rPr>
      </w:pPr>
      <w:r>
        <w:t>NE: Clear rule, consistency, prompt action, investigation, कर्मचारीलाई explanation को अवसर, proportional discipline, documentation, confidentiality र policy/law compliance आवश्यक छन्।</w:t>
      </w:r>
    </w:p>
    <w:p w14:paraId="49E7F5C1" w14:textId="77777777" w:rsidR="004849B5" w:rsidRDefault="00000000">
      <w:pPr>
        <w:rPr>
          <w:rFonts w:hint="eastAsia"/>
        </w:rPr>
      </w:pPr>
      <w:r>
        <w:t>Exam tip: Write the numbered/key points as separate headings and add a short conclusion for long questions.</w:t>
      </w:r>
    </w:p>
    <w:p w14:paraId="62CBC5AD" w14:textId="77777777" w:rsidR="004849B5" w:rsidRDefault="00000000">
      <w:pPr>
        <w:rPr>
          <w:rFonts w:hint="eastAsia"/>
        </w:rPr>
      </w:pPr>
      <w:r>
        <w:rPr>
          <w:b/>
        </w:rPr>
        <w:t>Why is discipline necessary? What types of disciplinary problems are prevalent in organizations? — 2076</w:t>
      </w:r>
    </w:p>
    <w:p w14:paraId="3E6B7283" w14:textId="77777777" w:rsidR="004849B5" w:rsidRDefault="00000000">
      <w:pPr>
        <w:rPr>
          <w:rFonts w:hint="eastAsia"/>
        </w:rPr>
      </w:pPr>
      <w:r>
        <w:t>EN: Discipline maintains order, safety, fairness, productivity and acceptable behavior. Problems include absenteeism, lateness, insubordination, misconduct, harassment, misuse of resources, unsafe behavior and repeated rule violations.</w:t>
      </w:r>
    </w:p>
    <w:p w14:paraId="3B14DE50" w14:textId="77777777" w:rsidR="004849B5" w:rsidRDefault="00000000">
      <w:pPr>
        <w:rPr>
          <w:rFonts w:hint="eastAsia"/>
        </w:rPr>
      </w:pPr>
      <w:r>
        <w:t>NE: Discipline order, safety, fairness र productivity का लागि आवश्यक छ। समस्या: absenteeism, lateness, insubordination, misconduct, harassment, resource misuse, unsafe behavior र rule violation।</w:t>
      </w:r>
    </w:p>
    <w:p w14:paraId="2AA16AEC" w14:textId="77777777" w:rsidR="004849B5" w:rsidRDefault="00000000">
      <w:pPr>
        <w:rPr>
          <w:rFonts w:hint="eastAsia"/>
        </w:rPr>
      </w:pPr>
      <w:r>
        <w:t>Exam tip: Write the numbered/key points as separate headings and add a short conclusion for long questions.</w:t>
      </w:r>
    </w:p>
    <w:p w14:paraId="0D8F9AA2" w14:textId="77777777" w:rsidR="004849B5" w:rsidRDefault="00000000">
      <w:pPr>
        <w:rPr>
          <w:rFonts w:hint="eastAsia"/>
        </w:rPr>
      </w:pPr>
      <w:r>
        <w:rPr>
          <w:b/>
        </w:rPr>
        <w:t>Point out the job behaviour-related disciplinary problems. — 2076</w:t>
      </w:r>
    </w:p>
    <w:p w14:paraId="592BE37C" w14:textId="77777777" w:rsidR="004849B5" w:rsidRDefault="00000000">
      <w:pPr>
        <w:rPr>
          <w:rFonts w:hint="eastAsia"/>
        </w:rPr>
      </w:pPr>
      <w:r>
        <w:t>EN: Habitual lateness, absenteeism, refusal to follow reasonable instructions, negligence, poor cooperation, unsafe behavior, misuse of resources and repeated rule violations.</w:t>
      </w:r>
    </w:p>
    <w:p w14:paraId="03C2F374" w14:textId="77777777" w:rsidR="004849B5" w:rsidRDefault="00000000">
      <w:pPr>
        <w:rPr>
          <w:rFonts w:hint="eastAsia"/>
        </w:rPr>
      </w:pPr>
      <w:r>
        <w:lastRenderedPageBreak/>
        <w:t>NE: Habitual lateness, absenteeism, instruction नमान्ने, negligence, poor cooperation, unsafe behavior, resource misuse र repeated rule violation।</w:t>
      </w:r>
    </w:p>
    <w:p w14:paraId="69024FBA" w14:textId="77777777" w:rsidR="004849B5" w:rsidRDefault="00000000">
      <w:pPr>
        <w:rPr>
          <w:rFonts w:hint="eastAsia"/>
        </w:rPr>
      </w:pPr>
      <w:r>
        <w:t>Exam tip: Write the numbered/key points as separate headings and add a short conclusion for long questions.</w:t>
      </w:r>
    </w:p>
    <w:p w14:paraId="18B98151" w14:textId="77777777" w:rsidR="004849B5" w:rsidRDefault="00000000">
      <w:pPr>
        <w:rPr>
          <w:rFonts w:hint="eastAsia"/>
        </w:rPr>
      </w:pPr>
      <w:r>
        <w:rPr>
          <w:b/>
        </w:rPr>
        <w:t>Point out four causes of employee grievances. — 2076</w:t>
      </w:r>
    </w:p>
    <w:p w14:paraId="1FA2C5BD" w14:textId="77777777" w:rsidR="004849B5" w:rsidRDefault="00000000">
      <w:pPr>
        <w:rPr>
          <w:rFonts w:hint="eastAsia"/>
        </w:rPr>
      </w:pPr>
      <w:r>
        <w:t>EN: Unfair pay/reward, poor working conditions, unfair treatment/supervision and dissatisfaction with promotion/transfer. Other causes include workload and interpersonal conflict.</w:t>
      </w:r>
    </w:p>
    <w:p w14:paraId="428897CF" w14:textId="77777777" w:rsidR="004849B5" w:rsidRDefault="00000000">
      <w:pPr>
        <w:rPr>
          <w:rFonts w:hint="eastAsia"/>
        </w:rPr>
      </w:pPr>
      <w:r>
        <w:t>NE: Unfair pay/reward, poor working condition, unfair treatment/supervision र promotion/transfer dissatisfaction चार कारण हुन्।</w:t>
      </w:r>
    </w:p>
    <w:p w14:paraId="0D34CA3A" w14:textId="77777777" w:rsidR="004849B5" w:rsidRDefault="00000000">
      <w:pPr>
        <w:rPr>
          <w:rFonts w:hint="eastAsia"/>
        </w:rPr>
      </w:pPr>
      <w:r>
        <w:t>Exam tip: Write the numbered/key points as separate headings and add a short conclusion for long questions.</w:t>
      </w:r>
    </w:p>
    <w:p w14:paraId="3D3EC75F" w14:textId="77777777" w:rsidR="004849B5" w:rsidRDefault="00000000">
      <w:pPr>
        <w:rPr>
          <w:rFonts w:hint="eastAsia"/>
        </w:rPr>
      </w:pPr>
      <w:r>
        <w:rPr>
          <w:b/>
        </w:rPr>
        <w:t>What are the major human resource outcomes? Describe. — 2078</w:t>
      </w:r>
    </w:p>
    <w:p w14:paraId="2C73591C" w14:textId="77777777" w:rsidR="004849B5" w:rsidRDefault="00000000">
      <w:pPr>
        <w:rPr>
          <w:rFonts w:hint="eastAsia"/>
        </w:rPr>
      </w:pPr>
      <w:r>
        <w:t>EN: Major outcomes include satisfaction, commitment, motivation, performance, attendance, retention/turnover, well-being and organizational citizenship behavior. They indicate the effects of HR policies/practices.</w:t>
      </w:r>
    </w:p>
    <w:p w14:paraId="602E5997" w14:textId="77777777" w:rsidR="004849B5" w:rsidRDefault="00000000">
      <w:pPr>
        <w:rPr>
          <w:rFonts w:hint="eastAsia"/>
        </w:rPr>
      </w:pPr>
      <w:r>
        <w:t>NE: Satisfaction, commitment, motivation, performance, attendance, retention/turnover, well-being र OCB major HR outcomes हुन्।</w:t>
      </w:r>
    </w:p>
    <w:p w14:paraId="6D2FEE90" w14:textId="77777777" w:rsidR="004849B5" w:rsidRDefault="00000000">
      <w:pPr>
        <w:rPr>
          <w:rFonts w:hint="eastAsia"/>
        </w:rPr>
      </w:pPr>
      <w:r>
        <w:t>Exam tip: Write the numbered/key points as separate headings and add a short conclusion for long questions.</w:t>
      </w:r>
    </w:p>
    <w:p w14:paraId="62DFFC0D" w14:textId="77777777" w:rsidR="004849B5" w:rsidRDefault="00000000">
      <w:pPr>
        <w:rPr>
          <w:rFonts w:hint="eastAsia"/>
        </w:rPr>
      </w:pPr>
      <w:r>
        <w:rPr>
          <w:b/>
        </w:rPr>
        <w:t>Explain employee discipline and its importance.</w:t>
      </w:r>
    </w:p>
    <w:p w14:paraId="45D574BC" w14:textId="77777777" w:rsidR="004849B5" w:rsidRDefault="00000000">
      <w:pPr>
        <w:rPr>
          <w:rFonts w:hint="eastAsia"/>
        </w:rPr>
      </w:pPr>
      <w:r>
        <w:t>EN: Employee discipline maintains acceptable standards and corrects violations fairly. It supports order, safety, productivity, fairness, policy compliance, morale and organizational reputation.</w:t>
      </w:r>
    </w:p>
    <w:p w14:paraId="28EC2D5C" w14:textId="77777777" w:rsidR="004849B5" w:rsidRDefault="00000000">
      <w:pPr>
        <w:rPr>
          <w:rFonts w:hint="eastAsia"/>
        </w:rPr>
      </w:pPr>
      <w:r>
        <w:t>NE: Discipline acceptable behavior standard कायम गरी violation लाई fair रूपमा correct गर्ने process हो।</w:t>
      </w:r>
    </w:p>
    <w:p w14:paraId="0794ECD4" w14:textId="77777777" w:rsidR="004849B5" w:rsidRDefault="00000000">
      <w:pPr>
        <w:rPr>
          <w:rFonts w:hint="eastAsia"/>
        </w:rPr>
      </w:pPr>
      <w:r>
        <w:t>Exam tip: Write the numbered/key points as separate headings and add a short conclusion for long questions.</w:t>
      </w:r>
    </w:p>
    <w:p w14:paraId="774E42A6" w14:textId="77777777" w:rsidR="004849B5" w:rsidRDefault="00000000">
      <w:pPr>
        <w:rPr>
          <w:rFonts w:hint="eastAsia"/>
        </w:rPr>
      </w:pPr>
      <w:r>
        <w:rPr>
          <w:b/>
        </w:rPr>
        <w:t>Explain employee grievances and grievance handling procedures.</w:t>
      </w:r>
    </w:p>
    <w:p w14:paraId="105FDF02" w14:textId="77777777" w:rsidR="004849B5" w:rsidRDefault="00000000">
      <w:pPr>
        <w:rPr>
          <w:rFonts w:hint="eastAsia"/>
        </w:rPr>
      </w:pPr>
      <w:r>
        <w:t>EN: A grievance is an employee complaint about perceived unfair treatment/condition. Procedure: receive → record → investigate → hear parties → decide using evidence/policy → communicate → appeal/review if applicable → follow up.</w:t>
      </w:r>
    </w:p>
    <w:p w14:paraId="48FAF737" w14:textId="77777777" w:rsidR="004849B5" w:rsidRDefault="00000000">
      <w:pPr>
        <w:rPr>
          <w:rFonts w:hint="eastAsia"/>
        </w:rPr>
      </w:pPr>
      <w:r>
        <w:t>NE: Grievance unfair treatment/condition बारे complaint हो। Receive → record → investigate → hear → decide → communicate → appeal/review → follow-up।</w:t>
      </w:r>
    </w:p>
    <w:p w14:paraId="5EEAC841" w14:textId="77777777" w:rsidR="004849B5" w:rsidRDefault="00000000">
      <w:pPr>
        <w:rPr>
          <w:rFonts w:hint="eastAsia"/>
        </w:rPr>
      </w:pPr>
      <w:r>
        <w:t>Exam tip: Write the numbered/key points as separate headings and add a short conclusion for long questions.</w:t>
      </w:r>
    </w:p>
    <w:p w14:paraId="70114631" w14:textId="77777777" w:rsidR="004849B5" w:rsidRDefault="00000000">
      <w:pPr>
        <w:rPr>
          <w:rFonts w:hint="eastAsia"/>
        </w:rPr>
      </w:pPr>
      <w:r>
        <w:rPr>
          <w:b/>
        </w:rPr>
        <w:t>Explain work-life balance, social security and employee maintenance.</w:t>
      </w:r>
    </w:p>
    <w:p w14:paraId="61BECB2C" w14:textId="77777777" w:rsidR="004849B5" w:rsidRDefault="00000000">
      <w:pPr>
        <w:rPr>
          <w:rFonts w:hint="eastAsia"/>
        </w:rPr>
      </w:pPr>
      <w:r>
        <w:lastRenderedPageBreak/>
        <w:t>EN: Work-life balance supports well-being; social security protects against major employment/life risks; employee maintenance covers compensation, safety, health, discipline, grievance, welfare and employee relations. Together they support retention and a productive workforce.</w:t>
      </w:r>
    </w:p>
    <w:p w14:paraId="6F853D1C" w14:textId="77777777" w:rsidR="004849B5" w:rsidRDefault="00000000">
      <w:pPr>
        <w:rPr>
          <w:rFonts w:hint="eastAsia"/>
        </w:rPr>
      </w:pPr>
      <w:r>
        <w:t>NE: Work-life balance ले well-being, social security ले risk protection र employee maintenance ले compensation, safety, health, discipline, grievance, welfare/relations manage गर्छ।</w:t>
      </w:r>
    </w:p>
    <w:p w14:paraId="65864B1D" w14:textId="77777777" w:rsidR="004849B5" w:rsidRDefault="00000000">
      <w:pPr>
        <w:rPr>
          <w:rFonts w:hint="eastAsia"/>
        </w:rPr>
      </w:pPr>
      <w:r>
        <w:t>Exam tip: Write the numbered/key points as separate headings and add a short conclusion for long questions.</w:t>
      </w:r>
    </w:p>
    <w:p w14:paraId="6BFC7FC2" w14:textId="77777777" w:rsidR="004849B5" w:rsidRDefault="00000000">
      <w:pPr>
        <w:pStyle w:val="Heading2"/>
      </w:pPr>
      <w:r>
        <w:t>Chapter 6: Emerging Issues in HRM</w:t>
      </w:r>
    </w:p>
    <w:p w14:paraId="50BE28B7" w14:textId="77777777" w:rsidR="004849B5" w:rsidRDefault="00000000">
      <w:pPr>
        <w:rPr>
          <w:rFonts w:hint="eastAsia"/>
        </w:rPr>
      </w:pPr>
      <w:r>
        <w:rPr>
          <w:b/>
        </w:rPr>
        <w:t>What is Green HRM? — 2079, 2081</w:t>
      </w:r>
    </w:p>
    <w:p w14:paraId="2A2CDC68" w14:textId="77777777" w:rsidR="004849B5" w:rsidRDefault="00000000">
      <w:pPr>
        <w:rPr>
          <w:rFonts w:hint="eastAsia"/>
        </w:rPr>
      </w:pPr>
      <w:r>
        <w:t>EN: Green HRM integrates environmental sustainability into HR practices such as green recruitment, training, performance management, rewards, employee involvement and paperless processes.</w:t>
      </w:r>
    </w:p>
    <w:p w14:paraId="16105927" w14:textId="77777777" w:rsidR="004849B5" w:rsidRDefault="00000000">
      <w:pPr>
        <w:rPr>
          <w:rFonts w:hint="eastAsia"/>
        </w:rPr>
      </w:pPr>
      <w:r>
        <w:t>NE: HR practice मा environmental sustainability integrate गर्ने approach हो।</w:t>
      </w:r>
    </w:p>
    <w:p w14:paraId="0C38D8B4" w14:textId="77777777" w:rsidR="004849B5" w:rsidRDefault="00000000">
      <w:pPr>
        <w:rPr>
          <w:rFonts w:hint="eastAsia"/>
        </w:rPr>
      </w:pPr>
      <w:r>
        <w:t>Exam tip: Write the numbered/key points as separate headings and add a short conclusion for long questions.</w:t>
      </w:r>
    </w:p>
    <w:p w14:paraId="7BDE3952" w14:textId="77777777" w:rsidR="004849B5" w:rsidRDefault="00000000">
      <w:pPr>
        <w:rPr>
          <w:rFonts w:hint="eastAsia"/>
        </w:rPr>
      </w:pPr>
      <w:r>
        <w:rPr>
          <w:b/>
        </w:rPr>
        <w:t>Critically evaluate the emerging issues and challenges of HRM. — 2080</w:t>
      </w:r>
    </w:p>
    <w:p w14:paraId="1749E704" w14:textId="77777777" w:rsidR="004849B5" w:rsidRDefault="00000000">
      <w:pPr>
        <w:rPr>
          <w:rFonts w:hint="eastAsia"/>
        </w:rPr>
      </w:pPr>
      <w:r>
        <w:t>EN: Issues include AI/digitalization, remote/hybrid work, diversity, well-being, skill gaps, talent competition, data privacy, ethical technology use, flexible/gig work, sustainability and changing expectations. HR must balance efficiency with fairness, privacy, inclusion and well-being.</w:t>
      </w:r>
    </w:p>
    <w:p w14:paraId="09305168" w14:textId="77777777" w:rsidR="004849B5" w:rsidRDefault="00000000">
      <w:pPr>
        <w:rPr>
          <w:rFonts w:hint="eastAsia"/>
        </w:rPr>
      </w:pPr>
      <w:r>
        <w:t>NE: AI/digitalization, remote work, diversity, well-being, skill gap, talent competition, privacy, ethics, flexible work र sustainability प्रमुख emerging issues हुन्।</w:t>
      </w:r>
    </w:p>
    <w:p w14:paraId="1DAFCB2A" w14:textId="77777777" w:rsidR="004849B5" w:rsidRDefault="00000000">
      <w:pPr>
        <w:rPr>
          <w:rFonts w:hint="eastAsia"/>
        </w:rPr>
      </w:pPr>
      <w:r>
        <w:t>Exam tip: Write the numbered/key points as separate headings and add a short conclusion for long questions.</w:t>
      </w:r>
    </w:p>
    <w:p w14:paraId="7C11CF90" w14:textId="77777777" w:rsidR="004849B5" w:rsidRDefault="00000000">
      <w:pPr>
        <w:rPr>
          <w:rFonts w:hint="eastAsia"/>
        </w:rPr>
      </w:pPr>
      <w:r>
        <w:rPr>
          <w:b/>
        </w:rPr>
        <w:t>Describe the emerging challenges of HRM. — 2081</w:t>
      </w:r>
    </w:p>
    <w:p w14:paraId="5254C830" w14:textId="77777777" w:rsidR="004849B5" w:rsidRDefault="00000000">
      <w:pPr>
        <w:rPr>
          <w:rFonts w:hint="eastAsia"/>
        </w:rPr>
      </w:pPr>
      <w:r>
        <w:t>EN: Technology/AI, changing skills, talent retention, remote work, diversity/inclusion, employee well-being, privacy, ethics, sustainability, globalization and changing employment relationships are major challenges.</w:t>
      </w:r>
    </w:p>
    <w:p w14:paraId="1990C377" w14:textId="77777777" w:rsidR="004849B5" w:rsidRDefault="00000000">
      <w:pPr>
        <w:rPr>
          <w:rFonts w:hint="eastAsia"/>
        </w:rPr>
      </w:pPr>
      <w:r>
        <w:t>NE: Technology/AI, skill change, talent retention, remote work, diversity, well-being, privacy, ethics, sustainability, globalization र employment relationship change challenges हुन्।</w:t>
      </w:r>
    </w:p>
    <w:p w14:paraId="61A76087" w14:textId="77777777" w:rsidR="004849B5" w:rsidRDefault="00000000">
      <w:pPr>
        <w:rPr>
          <w:rFonts w:hint="eastAsia"/>
        </w:rPr>
      </w:pPr>
      <w:r>
        <w:t>Exam tip: Write the numbered/key points as separate headings and add a short conclusion for long questions.</w:t>
      </w:r>
    </w:p>
    <w:p w14:paraId="6D2F1300" w14:textId="77777777" w:rsidR="004849B5" w:rsidRDefault="00000000">
      <w:pPr>
        <w:rPr>
          <w:rFonts w:hint="eastAsia"/>
        </w:rPr>
      </w:pPr>
      <w:r>
        <w:rPr>
          <w:b/>
        </w:rPr>
        <w:t>Mention any four uses of technology in HRM functions. — 2082</w:t>
      </w:r>
    </w:p>
    <w:p w14:paraId="41F8DFC9" w14:textId="77777777" w:rsidR="004849B5" w:rsidRDefault="00000000">
      <w:pPr>
        <w:rPr>
          <w:rFonts w:hint="eastAsia"/>
        </w:rPr>
      </w:pPr>
      <w:r>
        <w:t>EN: E-recruitment, HRIS/digital records, online training and digital performance management. Technology is also used in payroll, attendance, communication and analytics.</w:t>
      </w:r>
    </w:p>
    <w:p w14:paraId="03ADF45F" w14:textId="77777777" w:rsidR="004849B5" w:rsidRDefault="00000000">
      <w:pPr>
        <w:rPr>
          <w:rFonts w:hint="eastAsia"/>
        </w:rPr>
      </w:pPr>
      <w:r>
        <w:t>NE: E-recruitment, HRIS, online training र digital performance management चार uses हुन्।</w:t>
      </w:r>
    </w:p>
    <w:p w14:paraId="43848587" w14:textId="77777777" w:rsidR="004849B5" w:rsidRDefault="00000000">
      <w:pPr>
        <w:rPr>
          <w:rFonts w:hint="eastAsia"/>
        </w:rPr>
      </w:pPr>
      <w:r>
        <w:t>Exam tip: Write the numbered/key points as separate headings and add a short conclusion for long questions.</w:t>
      </w:r>
    </w:p>
    <w:p w14:paraId="4E035B8B" w14:textId="77777777" w:rsidR="004849B5" w:rsidRDefault="00000000">
      <w:pPr>
        <w:rPr>
          <w:rFonts w:hint="eastAsia"/>
        </w:rPr>
      </w:pPr>
      <w:r>
        <w:rPr>
          <w:b/>
        </w:rPr>
        <w:t>Explain Green HRM and its importance.</w:t>
      </w:r>
    </w:p>
    <w:p w14:paraId="71DBB29E" w14:textId="77777777" w:rsidR="004849B5" w:rsidRDefault="00000000">
      <w:pPr>
        <w:rPr>
          <w:rFonts w:hint="eastAsia"/>
        </w:rPr>
      </w:pPr>
      <w:r>
        <w:lastRenderedPageBreak/>
        <w:t>EN: Green HRM integrates environmental objectives into HR. It reduces resource/paper use, encourages green behavior, supports sustainability and can improve organizational reputation.</w:t>
      </w:r>
    </w:p>
    <w:p w14:paraId="14605069" w14:textId="77777777" w:rsidR="004849B5" w:rsidRDefault="00000000">
      <w:pPr>
        <w:rPr>
          <w:rFonts w:hint="eastAsia"/>
        </w:rPr>
      </w:pPr>
      <w:r>
        <w:t>NE: Green HRM ले environmental objective लाई HR मा जोड्छ; resource/paper use घटाउँछ र sustainability/green behavior बढाउँछ।</w:t>
      </w:r>
    </w:p>
    <w:p w14:paraId="4DF98D1B" w14:textId="77777777" w:rsidR="004849B5" w:rsidRDefault="00000000">
      <w:pPr>
        <w:rPr>
          <w:rFonts w:hint="eastAsia"/>
        </w:rPr>
      </w:pPr>
      <w:r>
        <w:t>Exam tip: Write the numbered/key points as separate headings and add a short conclusion for long questions.</w:t>
      </w:r>
    </w:p>
    <w:p w14:paraId="79A73127" w14:textId="77777777" w:rsidR="004849B5" w:rsidRDefault="00000000">
      <w:pPr>
        <w:rPr>
          <w:rFonts w:hint="eastAsia"/>
        </w:rPr>
      </w:pPr>
      <w:r>
        <w:rPr>
          <w:b/>
        </w:rPr>
        <w:t>Explain the impact of technology on HRM.</w:t>
      </w:r>
    </w:p>
    <w:p w14:paraId="1E159809" w14:textId="77777777" w:rsidR="004849B5" w:rsidRDefault="00000000">
      <w:pPr>
        <w:rPr>
          <w:rFonts w:hint="eastAsia"/>
        </w:rPr>
      </w:pPr>
      <w:r>
        <w:t>EN: Technology improves e-recruitment, HRIS, online learning, digital appraisal, payroll, attendance, communication and analytics. Benefits are speed and data-based decisions; risks include privacy, cybersecurity, bias and digital exclusion.</w:t>
      </w:r>
    </w:p>
    <w:p w14:paraId="3D765647" w14:textId="77777777" w:rsidR="004849B5" w:rsidRDefault="00000000">
      <w:pPr>
        <w:rPr>
          <w:rFonts w:hint="eastAsia"/>
        </w:rPr>
      </w:pPr>
      <w:r>
        <w:t>NE: Technology ले recruitment, HRIS, training, appraisal, payroll, attendance र analytics सुधार्छ; privacy, cybersecurity र bias जस्ता risk पनि हुन्छन्।</w:t>
      </w:r>
    </w:p>
    <w:p w14:paraId="7FD8C6CB" w14:textId="77777777" w:rsidR="004849B5" w:rsidRDefault="00000000">
      <w:pPr>
        <w:rPr>
          <w:rFonts w:hint="eastAsia"/>
        </w:rPr>
      </w:pPr>
      <w:r>
        <w:t>Exam tip: Write the numbered/key points as separate headings and add a short conclusion for long questions.</w:t>
      </w:r>
    </w:p>
    <w:p w14:paraId="3A4F5441" w14:textId="77777777" w:rsidR="004849B5" w:rsidRDefault="00000000">
      <w:pPr>
        <w:rPr>
          <w:rFonts w:hint="eastAsia"/>
        </w:rPr>
      </w:pPr>
      <w:r>
        <w:rPr>
          <w:b/>
        </w:rPr>
        <w:t>Explain the emerging challenges of HRM in Nepal.</w:t>
      </w:r>
    </w:p>
    <w:p w14:paraId="10601ADB" w14:textId="77777777" w:rsidR="004849B5" w:rsidRDefault="00000000">
      <w:pPr>
        <w:rPr>
          <w:rFonts w:hint="eastAsia"/>
        </w:rPr>
      </w:pPr>
      <w:r>
        <w:t>EN: Challenges include job-ready skill shortages, migration/talent retention, technology change, limited HR analytics, diversity, employee expectations, labor compliance, informal practices, productivity and demand for flexible work.</w:t>
      </w:r>
    </w:p>
    <w:p w14:paraId="51F303D9" w14:textId="77777777" w:rsidR="004849B5" w:rsidRDefault="00000000">
      <w:pPr>
        <w:rPr>
          <w:rFonts w:hint="eastAsia"/>
        </w:rPr>
      </w:pPr>
      <w:r>
        <w:t>NE: नेपालमा skill shortage, migration/talent retention, technology, HR analytics limitation, diversity, expectation, labor compliance, informal practices, productivity र flexible work मुख्य challenges हुन्।</w:t>
      </w:r>
    </w:p>
    <w:p w14:paraId="72E76FD3" w14:textId="77777777" w:rsidR="004849B5" w:rsidRDefault="00000000">
      <w:pPr>
        <w:rPr>
          <w:rFonts w:hint="eastAsia"/>
        </w:rPr>
      </w:pPr>
      <w:r>
        <w:t>Exam tip: Write the numbered/key points as separate headings and add a short conclusion for long questions.</w:t>
      </w:r>
    </w:p>
    <w:p w14:paraId="33B9E33F" w14:textId="77777777" w:rsidR="004849B5" w:rsidRDefault="00000000">
      <w:pPr>
        <w:rPr>
          <w:rFonts w:hint="eastAsia"/>
        </w:rPr>
      </w:pPr>
      <w:r>
        <w:rPr>
          <w:b/>
        </w:rPr>
        <w:t>Explain HRM and competitive advantage.</w:t>
      </w:r>
    </w:p>
    <w:p w14:paraId="7D4FA972" w14:textId="77777777" w:rsidR="004849B5" w:rsidRDefault="00000000">
      <w:pPr>
        <w:rPr>
          <w:rFonts w:hint="eastAsia"/>
        </w:rPr>
      </w:pPr>
      <w:r>
        <w:t>EN: HRM creates advantage when human capabilities are valuable, difficult to imitate and well organized. Strategic recruitment, development, performance management, culture, knowledge and retention build such capabilities.</w:t>
      </w:r>
    </w:p>
    <w:p w14:paraId="74247824" w14:textId="77777777" w:rsidR="004849B5" w:rsidRDefault="00000000">
      <w:pPr>
        <w:rPr>
          <w:rFonts w:hint="eastAsia"/>
        </w:rPr>
      </w:pPr>
      <w:r>
        <w:t>NE: Valuable, difficult-to-imitate र well-organized human capability मार्फत HRM ले competitive advantage सिर्जना गर्छ।</w:t>
      </w:r>
    </w:p>
    <w:p w14:paraId="3621F57D" w14:textId="77777777" w:rsidR="004849B5" w:rsidRDefault="00000000">
      <w:pPr>
        <w:rPr>
          <w:rFonts w:hint="eastAsia"/>
        </w:rPr>
      </w:pPr>
      <w:r>
        <w:t>Exam tip: Write the numbered/key points as separate headings and add a short conclusion for long questions.</w:t>
      </w:r>
    </w:p>
    <w:p w14:paraId="4FD3925A" w14:textId="77777777" w:rsidR="004849B5" w:rsidRDefault="00000000">
      <w:pPr>
        <w:rPr>
          <w:rFonts w:hint="eastAsia"/>
        </w:rPr>
      </w:pPr>
      <w:r>
        <w:rPr>
          <w:b/>
        </w:rPr>
        <w:t>Explain the role of AI and technology in modern HRM.</w:t>
      </w:r>
    </w:p>
    <w:p w14:paraId="02A26DA7" w14:textId="77777777" w:rsidR="004849B5" w:rsidRDefault="00000000">
      <w:pPr>
        <w:rPr>
          <w:rFonts w:hint="eastAsia"/>
        </w:rPr>
      </w:pPr>
      <w:r>
        <w:t>EN: AI/technology can support sourcing, screening, candidate communication, workforce analytics, personalized learning, scheduling and administrative automation. Human oversight is essential for fairness, privacy, context, ethics and bias control.</w:t>
      </w:r>
    </w:p>
    <w:p w14:paraId="2C5542D0" w14:textId="77777777" w:rsidR="004849B5" w:rsidRDefault="00000000">
      <w:pPr>
        <w:rPr>
          <w:rFonts w:hint="eastAsia"/>
        </w:rPr>
      </w:pPr>
      <w:r>
        <w:t>NE: AI ले sourcing, screening, communication, analytics, personalized learning र automation मा सहयोग गर्छ; fairness, privacy, ethics र bias का लागि human oversight आवश्यक छ।</w:t>
      </w:r>
    </w:p>
    <w:p w14:paraId="5DF0E04F" w14:textId="77777777" w:rsidR="004849B5" w:rsidRDefault="00000000">
      <w:pPr>
        <w:rPr>
          <w:rFonts w:hint="eastAsia"/>
        </w:rPr>
      </w:pPr>
      <w:r>
        <w:lastRenderedPageBreak/>
        <w:t>Exam tip: Write the numbered/key points as separate headings and add a short conclusion for long questions.</w:t>
      </w:r>
    </w:p>
    <w:p w14:paraId="7CDA10C2" w14:textId="77777777" w:rsidR="004849B5" w:rsidRDefault="00000000">
      <w:pPr>
        <w:rPr>
          <w:rFonts w:hint="eastAsia"/>
        </w:rPr>
      </w:pPr>
      <w:r>
        <w:rPr>
          <w:b/>
        </w:rPr>
        <w:t>Explain the emerging trends in HRM.</w:t>
      </w:r>
    </w:p>
    <w:p w14:paraId="54C1EF6A" w14:textId="77777777" w:rsidR="004849B5" w:rsidRDefault="00000000">
      <w:pPr>
        <w:rPr>
          <w:rFonts w:hint="eastAsia"/>
        </w:rPr>
      </w:pPr>
      <w:r>
        <w:t>EN: Digital HR, AI/analytics, remote/hybrid work, employee experience, continuous learning, skills-based talent management, diversity/inclusion, well-being, Green HRM and flexible employment are major trends.</w:t>
      </w:r>
    </w:p>
    <w:p w14:paraId="2F0AA8F9" w14:textId="77777777" w:rsidR="004849B5" w:rsidRDefault="00000000">
      <w:pPr>
        <w:rPr>
          <w:rFonts w:hint="eastAsia"/>
        </w:rPr>
      </w:pPr>
      <w:r>
        <w:t>NE: Digital HR, AI/analytics, remote/hybrid work, employee experience, continuous learning, skills-based management, diversity, well-being, Green HRM र flexible employment trends हुन्।</w:t>
      </w:r>
    </w:p>
    <w:p w14:paraId="47012EC6" w14:textId="77777777" w:rsidR="004849B5" w:rsidRDefault="00000000">
      <w:pPr>
        <w:rPr>
          <w:rFonts w:hint="eastAsia"/>
        </w:rPr>
      </w:pPr>
      <w:r>
        <w:t>Exam tip: Write the numbered/key points as separate headings and add a short conclusion for long questions.</w:t>
      </w:r>
    </w:p>
    <w:p w14:paraId="136C455D" w14:textId="77777777" w:rsidR="004849B5" w:rsidRDefault="00000000">
      <w:pPr>
        <w:rPr>
          <w:rFonts w:hint="eastAsia"/>
        </w:rPr>
      </w:pPr>
      <w:r>
        <w:br w:type="page"/>
      </w:r>
    </w:p>
    <w:p w14:paraId="3BADB5AF" w14:textId="77777777" w:rsidR="004849B5" w:rsidRDefault="00000000">
      <w:pPr>
        <w:pStyle w:val="Heading1"/>
      </w:pPr>
      <w:r>
        <w:lastRenderedPageBreak/>
        <w:t>FINAL HIGH-PRIORITY REVISION</w:t>
      </w:r>
    </w:p>
    <w:p w14:paraId="121FDD8F" w14:textId="77777777" w:rsidR="004849B5" w:rsidRDefault="00000000">
      <w:pPr>
        <w:pStyle w:val="ListBullet"/>
        <w:rPr>
          <w:rFonts w:hint="eastAsia"/>
        </w:rPr>
      </w:pPr>
      <w:r>
        <w:t>OB: Contributing disciplines; levels of OB; perception and perceptual process; cognitive vs social learning; personality determinants/Big Five; job satisfaction and performance; groups/teams; conflict/stress; change, resistance and OD.</w:t>
      </w:r>
    </w:p>
    <w:p w14:paraId="6B836866" w14:textId="77777777" w:rsidR="004849B5" w:rsidRDefault="00000000">
      <w:pPr>
        <w:pStyle w:val="ListBullet"/>
        <w:rPr>
          <w:rFonts w:hint="eastAsia"/>
        </w:rPr>
      </w:pPr>
      <w:r>
        <w:t>HRM: HRM concept/functions/challenges; HRM system; HR planning; job analysis/description/specification; job design; recruitment and selection; training effectiveness; performance appraisal; reward management; Green HRM and technology.</w:t>
      </w:r>
    </w:p>
    <w:p w14:paraId="2B490CC3" w14:textId="77777777" w:rsidR="004849B5" w:rsidRDefault="00000000">
      <w:pPr>
        <w:jc w:val="center"/>
        <w:rPr>
          <w:rFonts w:hint="eastAsia"/>
        </w:rPr>
      </w:pPr>
      <w:r>
        <w:rPr>
          <w:b/>
        </w:rPr>
        <w:t>NDGURU | Complete coverage: 130 questions</w:t>
      </w:r>
    </w:p>
    <w:sectPr w:rsidR="004849B5"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2040503050203030202"/>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24958580">
    <w:abstractNumId w:val="8"/>
  </w:num>
  <w:num w:numId="2" w16cid:durableId="949554265">
    <w:abstractNumId w:val="6"/>
  </w:num>
  <w:num w:numId="3" w16cid:durableId="211620470">
    <w:abstractNumId w:val="5"/>
  </w:num>
  <w:num w:numId="4" w16cid:durableId="1759904681">
    <w:abstractNumId w:val="4"/>
  </w:num>
  <w:num w:numId="5" w16cid:durableId="1350445182">
    <w:abstractNumId w:val="7"/>
  </w:num>
  <w:num w:numId="6" w16cid:durableId="148518876">
    <w:abstractNumId w:val="3"/>
  </w:num>
  <w:num w:numId="7" w16cid:durableId="860584549">
    <w:abstractNumId w:val="2"/>
  </w:num>
  <w:num w:numId="8" w16cid:durableId="676467086">
    <w:abstractNumId w:val="1"/>
  </w:num>
  <w:num w:numId="9" w16cid:durableId="612833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849B5"/>
    <w:rsid w:val="00494DE5"/>
    <w:rsid w:val="00AA1D8D"/>
    <w:rsid w:val="00B47730"/>
    <w:rsid w:val="00CB0664"/>
    <w:rsid w:val="00D5777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C6C9A5"/>
  <w14:defaultImageDpi w14:val="300"/>
  <w15:docId w15:val="{D7AB71B8-39F7-496D-B2BC-B0C4329B9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10705</Words>
  <Characters>61024</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71586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Ngaendra Dhimal</cp:lastModifiedBy>
  <cp:revision>2</cp:revision>
  <dcterms:created xsi:type="dcterms:W3CDTF">2013-12-23T23:15:00Z</dcterms:created>
  <dcterms:modified xsi:type="dcterms:W3CDTF">2026-09-13T01:29:00Z</dcterms:modified>
  <cp:category/>
</cp:coreProperties>
</file>